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South Carolina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Grantor(s).</w:t>
      </w:r>
    </w:p>
    <w:p>
      <w:pPr/>
    </w:p>
    <w:p>
      <w:pPr/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South Carolina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