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SOUTH CAROLINA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 County, State of South Carolina,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STATE OF SOUTH CAROLINA)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