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9" w:after="0"/>
        <w:jc w:val="center"/>
      </w:pPr>
      <w:r>
        <w:rPr>
          <w:rFonts w:ascii="Times New Roman" w:hAnsi="Times New Roman" w:eastAsia="Times New Roman" w:cs="Times New Roman"/>
          <w:sz w:val="24"/>
        </w:rPr>
        <w:t>South Dakota Durable Power of Attorney for Health</w:t>
      </w:r>
      <w:r>
        <w:rPr>
          <w:rFonts w:ascii="Times New Roman" w:hAnsi="Times New Roman" w:eastAsia="Times New Roman" w:cs="Times New Roman"/>
          <w:sz w:val="24"/>
        </w:rPr>
        <w:t xml:space="preserve"> </w:t>
      </w:r>
      <w:r>
        <w:rPr>
          <w:rFonts w:ascii="Times New Roman" w:hAnsi="Times New Roman" w:eastAsia="Times New Roman" w:cs="Times New Roman"/>
          <w:sz w:val="24"/>
        </w:rPr>
        <w:t>Care</w:t>
      </w:r>
    </w:p>
    <w:p>
      <w:pPr>
        <w:spacing w:before="9" w:after="0"/>
      </w:pPr>
    </w:p>
    <w:p>
      <w:pPr/>
      <w:r>
        <w:rPr>
          <w:rFonts w:ascii="Times New Roman" w:hAnsi="Times New Roman" w:eastAsia="Times New Roman" w:cs="Times New Roman"/>
          <w:sz w:val="24"/>
        </w:rPr>
        <w:t>A health care power of attorney pursuant to SDCL 59-7-2.5 et seq. may, but need not be, in</w:t>
      </w:r>
      <w:r>
        <w:rPr>
          <w:rFonts w:ascii="Times New Roman" w:hAnsi="Times New Roman" w:eastAsia="Times New Roman" w:cs="Times New Roman"/>
          <w:sz w:val="24"/>
        </w:rPr>
        <w:t xml:space="preserve"> </w:t>
      </w:r>
      <w:r>
        <w:rPr>
          <w:rFonts w:ascii="Times New Roman" w:hAnsi="Times New Roman" w:eastAsia="Times New Roman" w:cs="Times New Roman"/>
          <w:sz w:val="24"/>
        </w:rPr>
        <w:t>the following</w:t>
      </w:r>
      <w:r>
        <w:rPr>
          <w:rFonts w:ascii="Times New Roman" w:hAnsi="Times New Roman" w:eastAsia="Times New Roman" w:cs="Times New Roman"/>
          <w:sz w:val="24"/>
        </w:rPr>
        <w:t xml:space="preserve"> </w:t>
      </w:r>
      <w:r>
        <w:rPr>
          <w:rFonts w:ascii="Times New Roman" w:hAnsi="Times New Roman" w:eastAsia="Times New Roman" w:cs="Times New Roman"/>
          <w:sz w:val="24"/>
        </w:rPr>
        <w:t>form:</w:t>
      </w:r>
    </w:p>
    <w:p>
      <w:pPr>
        <w:spacing w:before="2" w:after="0"/>
      </w:pPr>
    </w:p>
    <w:p>
      <w:pPr>
        <w:jc w:val="center"/>
      </w:pPr>
      <w:r>
        <w:rPr>
          <w:rFonts w:ascii="Times New Roman" w:hAnsi="Times New Roman" w:eastAsia="Times New Roman" w:cs="Times New Roman"/>
          <w:sz w:val="24"/>
        </w:rPr>
        <w:t>DURABLE POWER OF ATTORNEY FOR HEALTH</w:t>
      </w:r>
      <w:r>
        <w:rPr>
          <w:rFonts w:ascii="Times New Roman" w:hAnsi="Times New Roman" w:eastAsia="Times New Roman" w:cs="Times New Roman"/>
          <w:sz w:val="24"/>
        </w:rPr>
        <w:t xml:space="preserve"> </w:t>
      </w:r>
      <w:r>
        <w:rPr>
          <w:rFonts w:ascii="Times New Roman" w:hAnsi="Times New Roman" w:eastAsia="Times New Roman" w:cs="Times New Roman"/>
          <w:sz w:val="24"/>
        </w:rPr>
        <w:t>CARE</w:t>
      </w:r>
    </w:p>
    <w:p>
      <w:pPr>
        <w:spacing w:before="9" w:after="0"/>
      </w:pPr>
    </w:p>
    <w:p>
      <w:pPr>
        <w:ind w:hanging="840"/>
      </w:pPr>
      <w:r>
        <w:rPr>
          <w:rFonts w:ascii="Times New Roman" w:hAnsi="Times New Roman" w:eastAsia="Times New Roman" w:cs="Times New Roman"/>
          <w:sz w:val="24"/>
        </w:rPr>
        <w:t>I,</w:t>
      </w:r>
      <w:r>
        <w:rPr>
          <w:rFonts w:ascii="Times New Roman" w:hAnsi="Times New Roman" w:eastAsia="Times New Roman" w:cs="Times New Roman"/>
          <w:sz w:val="24"/>
        </w:rPr>
        <w:t xml:space="preserve"> </w:t>
      </w:r>
      <w:r>
        <w:rPr>
          <w:rFonts w:ascii="Times New Roman" w:hAnsi="Times New Roman" w:eastAsia="Times New Roman" w:cs="Times New Roman"/>
          <w:sz w:val="24"/>
        </w:rPr>
        <w:t>[NAME OF PRINCIPAL]</w:t>
      </w:r>
      <w:r>
        <w:rPr>
          <w:rFonts w:ascii="Times New Roman" w:hAnsi="Times New Roman" w:eastAsia="Times New Roman" w:cs="Times New Roman"/>
          <w:sz w:val="24"/>
        </w:rPr>
        <w:t>, being an adult of sound mind,</w:t>
      </w:r>
      <w:r>
        <w:rPr>
          <w:rFonts w:ascii="Times New Roman" w:hAnsi="Times New Roman" w:eastAsia="Times New Roman" w:cs="Times New Roman"/>
          <w:sz w:val="24"/>
        </w:rPr>
        <w:t xml:space="preserve"> </w:t>
      </w:r>
      <w:r>
        <w:rPr>
          <w:rFonts w:ascii="Times New Roman" w:hAnsi="Times New Roman" w:eastAsia="Times New Roman" w:cs="Times New Roman"/>
          <w:sz w:val="24"/>
        </w:rPr>
        <w:t>hereby</w:t>
      </w:r>
      <w:r>
        <w:rPr>
          <w:rFonts w:ascii="Times New Roman" w:hAnsi="Times New Roman" w:eastAsia="Times New Roman" w:cs="Times New Roman"/>
          <w:sz w:val="24"/>
        </w:rPr>
        <w:t xml:space="preserve"> </w:t>
      </w:r>
      <w:r>
        <w:rPr>
          <w:rFonts w:ascii="Times New Roman" w:hAnsi="Times New Roman" w:eastAsia="Times New Roman" w:cs="Times New Roman"/>
          <w:sz w:val="24"/>
        </w:rPr>
        <w:t>appoint</w:t>
      </w:r>
      <w:r>
        <w:rPr>
          <w:rFonts w:ascii="Times New Roman" w:hAnsi="Times New Roman" w:eastAsia="Times New Roman" w:cs="Times New Roman"/>
          <w:sz w:val="24"/>
        </w:rPr>
        <w:t xml:space="preserve"> </w:t>
      </w:r>
    </w:p>
    <w:p>
      <w:pPr>
        <w:spacing w:before="11" w:after="0"/>
      </w:pPr>
    </w:p>
    <w:p>
      <w:pPr>
        <w:spacing w:before="69" w:after="0"/>
        <w:ind w:hanging="840"/>
      </w:pPr>
      <w:r>
        <w:rPr>
          <w:rFonts w:ascii="Times New Roman" w:hAnsi="Times New Roman" w:eastAsia="Times New Roman" w:cs="Times New Roman"/>
          <w:sz w:val="24"/>
        </w:rPr>
        <w:t xml:space="preserve"> </w:t>
      </w:r>
      <w:r>
        <w:rPr>
          <w:rFonts w:ascii="Times New Roman" w:hAnsi="Times New Roman" w:eastAsia="Times New Roman" w:cs="Times New Roman"/>
          <w:sz w:val="24"/>
        </w:rPr>
        <w:t>[NAME OF AGENT]</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 OF AGENT]</w:t>
      </w:r>
      <w:r>
        <w:rPr>
          <w:rFonts w:ascii="Times New Roman" w:hAnsi="Times New Roman" w:eastAsia="Times New Roman" w:cs="Times New Roman"/>
          <w:sz w:val="24"/>
        </w:rPr>
        <w:t xml:space="preserve"> and </w:t>
      </w:r>
      <w:r>
        <w:rPr>
          <w:rFonts w:ascii="Times New Roman" w:hAnsi="Times New Roman" w:eastAsia="Times New Roman" w:cs="Times New Roman"/>
          <w:sz w:val="24"/>
        </w:rPr>
        <w:t>[PHONE NUMBER OF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tab/>
      </w:r>
    </w:p>
    <w:p>
      <w:pPr/>
    </w:p>
    <w:p>
      <w:pPr/>
      <w:r>
        <w:rPr>
          <w:rFonts w:ascii="Times New Roman" w:hAnsi="Times New Roman" w:eastAsia="Times New Roman" w:cs="Times New Roman"/>
          <w:sz w:val="24"/>
        </w:rPr>
        <w:t>as my attorney-in-fact (“agent”) to consent to, to reject, or to withdraw consent for medical procedures, treatment, or intervention. In the event the person I appoint above is unable, unwilling or unavailable to act as my health care agent, I appoint as my successor</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p>
    <w:p>
      <w:pPr>
        <w:spacing w:before="11" w:after="0"/>
      </w:pPr>
    </w:p>
    <w:p>
      <w:pPr>
        <w:spacing w:before="69" w:after="0"/>
        <w:ind w:hanging="241"/>
      </w:pPr>
      <w:r>
        <w:rPr>
          <w:rFonts w:ascii="Times New Roman" w:hAnsi="Times New Roman" w:eastAsia="Times New Roman" w:cs="Times New Roman"/>
          <w:sz w:val="24"/>
        </w:rPr>
        <w:t xml:space="preserve"> </w:t>
      </w:r>
      <w:r>
        <w:rPr>
          <w:rFonts w:ascii="Times New Roman" w:hAnsi="Times New Roman" w:eastAsia="Times New Roman" w:cs="Times New Roman"/>
          <w:sz w:val="24"/>
        </w:rPr>
        <w:t>[NAME OF SUCCESSOR AGENT]</w:t>
      </w:r>
      <w:r>
        <w:rPr>
          <w:rFonts w:ascii="Times New Roman" w:hAnsi="Times New Roman" w:eastAsia="Times New Roman" w:cs="Times New Roman"/>
          <w:sz w:val="24"/>
        </w:rPr>
        <w:t xml:space="preserve">, of </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 OF SUCCESSOR AGENT]</w:t>
      </w:r>
      <w:r>
        <w:rPr>
          <w:rFonts w:ascii="Times New Roman" w:hAnsi="Times New Roman" w:eastAsia="Times New Roman" w:cs="Times New Roman"/>
          <w:sz w:val="24"/>
        </w:rPr>
        <w:t xml:space="preserve"> and </w:t>
      </w:r>
      <w:r>
        <w:rPr>
          <w:rFonts w:ascii="Times New Roman" w:hAnsi="Times New Roman" w:eastAsia="Times New Roman" w:cs="Times New Roman"/>
          <w:sz w:val="24"/>
        </w:rPr>
        <w:t>[PHONE NUMBER OF SUCCESSOR AGENT]</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My agent (or any successor agent) may make any health care decisions for me which I could make individually if I had decisional capacity (except for any limitations given below). All such decisions shall be made in accordance with accepted medical standards and the agent (or any successor agent) may not authorize the withholding or withdrawal of comfort care from</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p>
    <w:p>
      <w:pPr/>
    </w:p>
    <w:p>
      <w:pPr/>
      <w:r>
        <w:rPr>
          <w:rFonts w:ascii="Times New Roman" w:hAnsi="Times New Roman" w:eastAsia="Times New Roman" w:cs="Times New Roman"/>
          <w:sz w:val="24"/>
        </w:rPr>
        <w:t>My agent (or any successor agent) may authorize the withholding of life-sustaining treatment as set forth in my living will or advance directive (except for any limitations given therein) if I</w:t>
      </w:r>
      <w:r>
        <w:rPr>
          <w:rFonts w:ascii="Times New Roman" w:hAnsi="Times New Roman" w:eastAsia="Times New Roman" w:cs="Times New Roman"/>
          <w:sz w:val="24"/>
        </w:rPr>
        <w:t xml:space="preserve"> </w:t>
      </w:r>
      <w:r>
        <w:rPr>
          <w:rFonts w:ascii="Times New Roman" w:hAnsi="Times New Roman" w:eastAsia="Times New Roman" w:cs="Times New Roman"/>
          <w:sz w:val="24"/>
        </w:rPr>
        <w:t>have 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one.</w:t>
      </w:r>
    </w:p>
    <w:p>
      <w:pPr/>
    </w:p>
    <w:p>
      <w:pPr/>
      <w:r>
        <w:rPr>
          <w:rFonts w:ascii="Times New Roman" w:hAnsi="Times New Roman" w:eastAsia="Times New Roman" w:cs="Times New Roman"/>
          <w:sz w:val="24"/>
        </w:rPr>
        <w:t>In the event I am unable to communicate verbally or nonverbally, demonstrate no purposeful movement or motor ability, and am unable to interact purposefully with environmental stimulation and (1) I have an incurable and irreversible condition such that, in accordance with accepted medical standards, death is imminent if life-sustaining treatment is not administered,</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p>
    <w:p>
      <w:pPr/>
      <w:r>
        <w:rPr>
          <w:rFonts w:ascii="Times New Roman" w:hAnsi="Times New Roman" w:eastAsia="Times New Roman" w:cs="Times New Roman"/>
          <w:sz w:val="24"/>
        </w:rPr>
        <w:t xml:space="preserve">(2) I am in a coma or I have a condition of permanent unconsciousness that, in accordance with accepted medical standards, will last indefinitely without significant improvement: </w:t>
      </w:r>
      <w:r>
        <w:rPr>
          <w:rFonts w:ascii="Times New Roman" w:hAnsi="Times New Roman" w:eastAsia="Times New Roman" w:cs="Times New Roman"/>
          <w:sz w:val="24"/>
        </w:rPr>
        <w:t>(Initial only one of the following three options and if you do not agree with either of the first two options, space is provided below for you to write your own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instructions.)</w:t>
      </w:r>
    </w:p>
    <w:p>
      <w:pPr>
        <w:spacing w:before="10" w:after="0"/>
      </w:pPr>
    </w:p>
    <w:p>
      <w:pPr>
        <w:spacing w:before="69" w:after="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I authorize my agent (or any successor agent) to direct the withholding</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artificial nutrition or hydration from</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p>
    <w:p>
      <w:pPr>
        <w:spacing w:before="11" w:after="0"/>
      </w:pPr>
    </w:p>
    <w:p>
      <w:pPr>
        <w:spacing w:before="69" w:after="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I do not authorize my agent (or any successor agent) to direct 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withholding</w:t>
      </w:r>
      <w:r>
        <w:rPr>
          <w:rFonts w:ascii="Times New Roman" w:hAnsi="Times New Roman" w:eastAsia="Times New Roman" w:cs="Times New Roman"/>
          <w:sz w:val="24"/>
        </w:rPr>
        <w:t xml:space="preserve"> </w:t>
      </w:r>
      <w:r>
        <w:rPr>
          <w:rFonts w:ascii="Times New Roman" w:hAnsi="Times New Roman" w:eastAsia="Times New Roman" w:cs="Times New Roman"/>
          <w:sz w:val="24"/>
        </w:rPr>
        <w:t>of artificial nutrition or hydration from</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p>
    <w:p>
      <w:pPr>
        <w:spacing w:before="11" w:after="0"/>
      </w:pPr>
    </w:p>
    <w:p>
      <w:pPr>
        <w:spacing w:before="69" w:after="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I authorize the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following: </w:t>
      </w:r>
      <w:r>
        <w:rPr>
          <w:rFonts w:ascii="Times New Roman" w:hAnsi="Times New Roman" w:eastAsia="Times New Roman" w:cs="Times New Roman"/>
          <w:sz w:val="24"/>
        </w:rPr>
        <w:t xml:space="preserve"> </w:t>
        <w:tab/>
      </w:r>
    </w:p>
    <w:p>
      <w:pPr/>
    </w:p>
    <w:p>
      <w:pPr>
        <w:spacing w:before="56" w:after="0"/>
      </w:pPr>
      <w:r>
        <w:rPr>
          <w:rFonts w:ascii="Times New Roman" w:hAnsi="Times New Roman" w:eastAsia="Times New Roman" w:cs="Times New Roman"/>
          <w:sz w:val="24"/>
        </w:rPr>
        <w:t>This durable power of attorney for health care is effective only during any period in which</w:t>
      </w:r>
      <w:r>
        <w:rPr>
          <w:rFonts w:ascii="Times New Roman" w:hAnsi="Times New Roman" w:eastAsia="Times New Roman" w:cs="Times New Roman"/>
          <w:sz w:val="24"/>
        </w:rPr>
        <w:t xml:space="preserve"> </w:t>
      </w:r>
      <w:r>
        <w:rPr>
          <w:rFonts w:ascii="Times New Roman" w:hAnsi="Times New Roman" w:eastAsia="Times New Roman" w:cs="Times New Roman"/>
          <w:sz w:val="24"/>
        </w:rPr>
        <w:t>my physician has determined in good faith that I do not have decisional</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w:t>
      </w:r>
    </w:p>
    <w:p>
      <w:pPr/>
    </w:p>
    <w:p>
      <w:pPr/>
      <w:r>
        <w:rPr>
          <w:rFonts w:ascii="Times New Roman" w:hAnsi="Times New Roman" w:eastAsia="Times New Roman" w:cs="Times New Roman"/>
          <w:sz w:val="24"/>
        </w:rPr>
        <w:t>Whenever making any health care decision for me, my agent (or any successor agent) shall consider the recommendation of my attending physician, the decision I would have made if I then had decisional capacity (if known) and the decision that would be in my best</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interests.</w:t>
      </w:r>
    </w:p>
    <w:p>
      <w:pPr/>
    </w:p>
    <w:p>
      <w:pPr/>
      <w:r>
        <w:rPr>
          <w:rFonts w:ascii="Times New Roman" w:hAnsi="Times New Roman" w:eastAsia="Times New Roman" w:cs="Times New Roman"/>
          <w:sz w:val="24"/>
        </w:rPr>
        <w:t>I give the following instructions to help guide my agent (or any successor agent): (</w:t>
      </w:r>
      <w:r>
        <w:rPr>
          <w:rFonts w:ascii="Times New Roman" w:hAnsi="Times New Roman" w:eastAsia="Times New Roman" w:cs="Times New Roman"/>
          <w:sz w:val="24"/>
        </w:rPr>
        <w:t>You may write additional instructions or limitations</w:t>
      </w:r>
      <w:r>
        <w:rPr>
          <w:rFonts w:ascii="Times New Roman" w:hAnsi="Times New Roman" w:eastAsia="Times New Roman" w:cs="Times New Roman"/>
          <w:sz w:val="24"/>
        </w:rPr>
        <w:t xml:space="preserve"> </w:t>
      </w:r>
      <w:r>
        <w:rPr>
          <w:rFonts w:ascii="Times New Roman" w:hAnsi="Times New Roman" w:eastAsia="Times New Roman" w:cs="Times New Roman"/>
          <w:sz w:val="24"/>
        </w:rPr>
        <w:t>below.</w:t>
      </w:r>
      <w:r>
        <w:rPr>
          <w:rFonts w:ascii="Times New Roman" w:hAnsi="Times New Roman" w:eastAsia="Times New Roman" w:cs="Times New Roman"/>
          <w:sz w:val="24"/>
        </w:rPr>
        <w:t>)</w:t>
      </w:r>
    </w:p>
    <w:p>
      <w:pPr/>
    </w:p>
    <w:p>
      <w:pPr>
        <w:spacing w:before="1" w:after="0"/>
      </w:pPr>
      <w:r>
        <w:rPr>
          <w:rFonts w:ascii="Times New Roman" w:hAnsi="Times New Roman" w:eastAsia="Times New Roman" w:cs="Times New Roman"/>
          <w:sz w:val="24"/>
        </w:rPr>
        <w:t>[DESCRIBE ANY INSTRUCTIONS OR LIMITATIONS]</w:t>
      </w:r>
    </w:p>
    <w:p>
      <w:pPr/>
    </w:p>
    <w:p>
      <w:pPr>
        <w:spacing w:before="69" w:after="0"/>
      </w:pPr>
    </w:p>
    <w:p>
      <w:pPr/>
    </w:p>
    <w:p>
      <w:pPr/>
    </w:p>
    <w:p>
      <w:pPr>
        <w:spacing w:before="2" w:after="0"/>
      </w:pP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ab/>
        <w:t>________________</w:t>
      </w:r>
    </w:p>
    <w:p>
      <w:pPr>
        <w:spacing w:before="2" w:after="0"/>
      </w:pPr>
      <w:r>
        <w:rPr>
          <w:rFonts w:ascii="Times New Roman" w:hAnsi="Times New Roman" w:eastAsia="Times New Roman" w:cs="Times New Roman"/>
          <w:sz w:val="24"/>
        </w:rPr>
        <w:t>(signature)</w:t>
        <w:tab/>
        <w:tab/>
        <w:tab/>
        <w:tab/>
        <w:tab/>
        <w:t>(date)</w:t>
      </w:r>
    </w:p>
    <w:p>
      <w:pPr>
        <w:spacing w:before="2" w:after="0"/>
      </w:pPr>
    </w:p>
    <w:p>
      <w:pPr>
        <w:spacing w:line="20" w:lineRule="exact"/>
      </w:pPr>
      <w:r>
        <w:rPr>
          <w:rFonts w:ascii="Times New Roman" w:hAnsi="Times New Roman" w:eastAsia="Times New Roman" w:cs="Times New Roman"/>
          <w:sz w:val="24"/>
        </w:rPr>
        <w:tab/>
      </w:r>
    </w:p>
    <w:p>
      <w:pPr>
        <w:spacing w:line="266" w:lineRule="exact"/>
        <w:jc w:val="both"/>
      </w:pPr>
      <w:r>
        <w:rPr>
          <w:rFonts w:ascii="Times New Roman" w:hAnsi="Times New Roman" w:eastAsia="Times New Roman" w:cs="Times New Roman"/>
          <w:sz w:val="24"/>
        </w:rPr>
        <w:t>(your address)</w:t>
        <w:tab/>
        <w:t>(type or print your name),</w:t>
      </w:r>
      <w:r>
        <w:rPr>
          <w:rFonts w:ascii="Times New Roman" w:hAnsi="Times New Roman" w:eastAsia="Times New Roman" w:cs="Times New Roman"/>
          <w:sz w:val="24"/>
        </w:rPr>
        <w:t xml:space="preserve"> </w:t>
      </w:r>
      <w:r>
        <w:rPr>
          <w:rFonts w:ascii="Times New Roman" w:hAnsi="Times New Roman" w:eastAsia="Times New Roman" w:cs="Times New Roman"/>
          <w:sz w:val="24"/>
        </w:rPr>
        <w:t>principal</w:t>
      </w:r>
    </w:p>
    <w:p>
      <w:pPr>
        <w:spacing w:before="2" w:after="0"/>
      </w:pPr>
    </w:p>
    <w:p>
      <w:pPr>
        <w:jc w:val="center"/>
      </w:pPr>
      <w:r>
        <w:rPr>
          <w:rFonts w:ascii="Times New Roman" w:hAnsi="Times New Roman" w:eastAsia="Times New Roman" w:cs="Times New Roman"/>
          <w:sz w:val="24"/>
        </w:rPr>
        <w:t>Notarization</w:t>
      </w:r>
    </w:p>
    <w:p>
      <w:pPr>
        <w:spacing w:before="9" w:after="0"/>
      </w:pPr>
    </w:p>
    <w:p>
      <w:pPr>
        <w:jc w:val="both"/>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principal,</w:t>
      </w:r>
      <w:r>
        <w:rPr>
          <w:rFonts w:ascii="Times New Roman" w:hAnsi="Times New Roman" w:eastAsia="Times New Roman" w:cs="Times New Roman"/>
          <w:sz w:val="24"/>
        </w:rPr>
        <w:t>[PRINCIPAL NAME]</w:t>
      </w:r>
      <w:r>
        <w:rPr>
          <w:rFonts w:ascii="Times New Roman" w:hAnsi="Times New Roman" w:eastAsia="Times New Roman" w:cs="Times New Roman"/>
          <w:sz w:val="24"/>
        </w:rPr>
        <w:t>, personally appeared before the undersigned officer and signed the foregoing document in my presence.</w:t>
      </w:r>
    </w:p>
    <w:p>
      <w:pPr>
        <w:spacing w:before="2" w:after="0"/>
      </w:pPr>
      <w:r>
        <w:rPr>
          <w:rFonts w:ascii="Times New Roman" w:hAnsi="Times New Roman" w:eastAsia="Times New Roman" w:cs="Times New Roman"/>
          <w:sz w:val="24"/>
        </w:rPr>
        <w:tab/>
        <w:tab/>
        <w:tab/>
        <w:tab/>
        <w:tab/>
        <w:tab/>
        <w:t>_</w:t>
      </w:r>
      <w:r>
        <w:rPr>
          <w:rFonts w:ascii="Times New Roman" w:hAnsi="Times New Roman" w:eastAsia="Times New Roman" w:cs="Times New Roman"/>
          <w:sz w:val="24"/>
        </w:rPr>
        <w:t>_______________________________________</w:t>
      </w:r>
    </w:p>
    <w:p>
      <w:pPr>
        <w:spacing w:line="20" w:lineRule="exact"/>
      </w:pPr>
    </w:p>
    <w:p>
      <w:pPr/>
    </w:p>
    <w:p>
      <w:pPr>
        <w:spacing w:before="1" w:after="0"/>
      </w:pPr>
    </w:p>
    <w:p>
      <w:pPr/>
      <w:r>
        <w:rPr>
          <w:rFonts w:ascii="Times New Roman" w:hAnsi="Times New Roman" w:eastAsia="Times New Roman" w:cs="Times New Roman"/>
          <w:sz w:val="24"/>
        </w:rPr>
        <w:t>[SEAL]</w:t>
      </w:r>
    </w:p>
    <w:p>
      <w:pPr/>
      <w:r>
        <w:rPr>
          <w:rFonts w:ascii="Times New Roman" w:hAnsi="Times New Roman" w:eastAsia="Times New Roman" w:cs="Times New Roman"/>
          <w:sz w:val="24"/>
        </w:rPr>
        <w:t>My commission</w:t>
      </w:r>
      <w:r>
        <w:rPr>
          <w:rFonts w:ascii="Times New Roman" w:hAnsi="Times New Roman" w:eastAsia="Times New Roman" w:cs="Times New Roman"/>
          <w:sz w:val="24"/>
        </w:rPr>
        <w:t xml:space="preserve"> </w:t>
      </w:r>
      <w:r>
        <w:rPr>
          <w:rFonts w:ascii="Times New Roman" w:hAnsi="Times New Roman" w:eastAsia="Times New Roman" w:cs="Times New Roman"/>
          <w:sz w:val="24"/>
        </w:rPr>
        <w:t>expires:</w:t>
      </w:r>
    </w:p>
    <w:p>
      <w:pPr>
        <w:spacing w:before="0" w:after="0" w:line="266" w:lineRule="exact"/>
      </w:pP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Public</w:t>
      </w:r>
    </w:p>
    <w:p>
      <w:pPr/>
    </w:p>
    <w:p>
      <w:pPr>
        <w:spacing w:before="2" w:after="0"/>
      </w:pPr>
    </w:p>
    <w:p>
      <w:pPr>
        <w:spacing w:before="69" w:after="0"/>
        <w:jc w:val="center"/>
      </w:pPr>
      <w:r>
        <w:rPr>
          <w:rFonts w:ascii="Times New Roman" w:hAnsi="Times New Roman" w:eastAsia="Times New Roman" w:cs="Times New Roman"/>
          <w:sz w:val="24"/>
        </w:rPr>
        <w:t>OR</w:t>
      </w:r>
    </w:p>
    <w:p>
      <w:pPr/>
    </w:p>
    <w:p>
      <w:pPr>
        <w:jc w:val="center"/>
      </w:pPr>
      <w:r>
        <w:rPr>
          <w:rFonts w:ascii="Times New Roman" w:hAnsi="Times New Roman" w:eastAsia="Times New Roman" w:cs="Times New Roman"/>
          <w:b/>
          <w:sz w:val="24"/>
        </w:rPr>
        <w:t>Statements of Two</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Witnesses</w:t>
      </w:r>
    </w:p>
    <w:p>
      <w:pPr>
        <w:spacing w:before="9" w:after="0"/>
      </w:pPr>
    </w:p>
    <w:p>
      <w:pPr/>
      <w:r>
        <w:rPr>
          <w:rFonts w:ascii="Times New Roman" w:hAnsi="Times New Roman" w:eastAsia="Times New Roman" w:cs="Times New Roman"/>
          <w:sz w:val="24"/>
        </w:rPr>
        <w:t>The principal voluntarily signed this document in my</w:t>
      </w:r>
      <w:r>
        <w:rPr>
          <w:rFonts w:ascii="Times New Roman" w:hAnsi="Times New Roman" w:eastAsia="Times New Roman" w:cs="Times New Roman"/>
          <w:sz w:val="24"/>
        </w:rPr>
        <w:t xml:space="preserve"> </w:t>
      </w:r>
      <w:r>
        <w:rPr>
          <w:rFonts w:ascii="Times New Roman" w:hAnsi="Times New Roman" w:eastAsia="Times New Roman" w:cs="Times New Roman"/>
          <w:sz w:val="24"/>
        </w:rPr>
        <w:t>presence.</w:t>
      </w:r>
    </w:p>
    <w:p>
      <w:pPr/>
    </w:p>
    <w:p>
      <w:pPr>
        <w:spacing w:before="2" w:after="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__________________________________</w:t>
      </w:r>
    </w:p>
    <w:p>
      <w:pPr>
        <w:spacing w:line="20" w:lineRule="exact"/>
      </w:pPr>
    </w:p>
    <w:p>
      <w:pPr>
        <w:spacing w:line="266" w:lineRule="exact"/>
      </w:pPr>
      <w:r>
        <w:rPr>
          <w:rFonts w:ascii="Times New Roman" w:hAnsi="Times New Roman" w:eastAsia="Times New Roman" w:cs="Times New Roman"/>
          <w:sz w:val="24"/>
        </w:rPr>
        <w:t>(first 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w:t>
      </w:r>
    </w:p>
    <w:p>
      <w:pPr/>
    </w:p>
    <w:p>
      <w:pPr>
        <w:spacing w:before="2" w:after="0"/>
      </w:pPr>
    </w:p>
    <w:p>
      <w:pPr>
        <w:spacing w:line="20" w:lineRule="exact"/>
      </w:pPr>
      <w:r>
        <w:rPr>
          <w:rFonts w:ascii="Times New Roman" w:hAnsi="Times New Roman" w:eastAsia="Times New Roman" w:cs="Times New Roman"/>
          <w:sz w:val="24"/>
        </w:rPr>
        <w:tab/>
      </w:r>
    </w:p>
    <w:p>
      <w:pPr>
        <w:spacing w:line="266"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tab/>
        <w:t>(type or print witness’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w:t>
      </w:r>
    </w:p>
    <w:p>
      <w:pPr/>
    </w:p>
    <w:p>
      <w:pPr>
        <w:spacing w:before="6" w:after="0"/>
      </w:pPr>
    </w:p>
    <w:p>
      <w:pPr>
        <w:spacing w:before="69" w:after="0"/>
      </w:pPr>
      <w:r>
        <w:rPr>
          <w:rFonts w:ascii="Times New Roman" w:hAnsi="Times New Roman" w:eastAsia="Times New Roman" w:cs="Times New Roman"/>
          <w:sz w:val="24"/>
        </w:rPr>
        <w:t>The principal voluntarily signed this document in my</w:t>
      </w:r>
      <w:r>
        <w:rPr>
          <w:rFonts w:ascii="Times New Roman" w:hAnsi="Times New Roman" w:eastAsia="Times New Roman" w:cs="Times New Roman"/>
          <w:sz w:val="24"/>
        </w:rPr>
        <w:t xml:space="preserve"> </w:t>
      </w:r>
      <w:r>
        <w:rPr>
          <w:rFonts w:ascii="Times New Roman" w:hAnsi="Times New Roman" w:eastAsia="Times New Roman" w:cs="Times New Roman"/>
          <w:sz w:val="24"/>
        </w:rPr>
        <w:t>presence.</w:t>
      </w:r>
    </w:p>
    <w:p>
      <w:pPr/>
    </w:p>
    <w:p>
      <w:pPr>
        <w:spacing w:before="2" w:after="0"/>
      </w:pPr>
      <w:r>
        <w:rPr>
          <w:rFonts w:ascii="Times New Roman" w:hAnsi="Times New Roman" w:eastAsia="Times New Roman" w:cs="Times New Roman"/>
          <w:sz w:val="24"/>
        </w:rPr>
        <w:tab/>
        <w:tab/>
        <w:tab/>
        <w:tab/>
        <w:tab/>
        <w:tab/>
        <w:t xml:space="preserve">  </w:t>
      </w:r>
      <w:r>
        <w:rPr>
          <w:rFonts w:ascii="Times New Roman" w:hAnsi="Times New Roman" w:eastAsia="Times New Roman" w:cs="Times New Roman"/>
          <w:sz w:val="24"/>
        </w:rPr>
        <w:t>_________________________________</w:t>
      </w:r>
    </w:p>
    <w:p>
      <w:pPr>
        <w:spacing w:line="20" w:lineRule="exact"/>
      </w:pPr>
    </w:p>
    <w:p>
      <w:pPr>
        <w:spacing w:line="266" w:lineRule="exact"/>
      </w:pPr>
      <w:r>
        <w:rPr>
          <w:rFonts w:ascii="Times New Roman" w:hAnsi="Times New Roman" w:eastAsia="Times New Roman" w:cs="Times New Roman"/>
          <w:sz w:val="24"/>
        </w:rPr>
        <w:t>(second 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w:t>
      </w:r>
    </w:p>
    <w:p>
      <w:pPr/>
    </w:p>
    <w:p>
      <w:pPr>
        <w:spacing w:before="2" w:after="0"/>
      </w:pPr>
    </w:p>
    <w:p>
      <w:pPr>
        <w:spacing w:line="20" w:lineRule="exact"/>
      </w:pPr>
      <w:r>
        <w:rPr>
          <w:rFonts w:ascii="Times New Roman" w:hAnsi="Times New Roman" w:eastAsia="Times New Roman" w:cs="Times New Roman"/>
          <w:sz w:val="24"/>
        </w:rPr>
        <w:tab/>
      </w:r>
    </w:p>
    <w:p>
      <w:pPr>
        <w:spacing w:line="266"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tab/>
        <w:t>(type or print witness’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w:t>
      </w:r>
    </w:p>
    <w:p>
      <w:pPr/>
    </w:p>
    <w:p>
      <w:pPr>
        <w:spacing w:before="2" w:after="0"/>
      </w:pPr>
    </w:p>
    <w:p>
      <w:pPr>
        <w:ind w:hanging="2699"/>
      </w:pPr>
      <w:r>
        <w:rPr>
          <w:rFonts w:ascii="Times New Roman" w:hAnsi="Times New Roman" w:eastAsia="Times New Roman" w:cs="Times New Roman"/>
          <w:sz w:val="24"/>
        </w:rPr>
        <w:t>NOTICE TO PERSON MAKING A DURABLE POWER 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 FOR HEALTH</w:t>
      </w:r>
      <w:r>
        <w:rPr>
          <w:rFonts w:ascii="Times New Roman" w:hAnsi="Times New Roman" w:eastAsia="Times New Roman" w:cs="Times New Roman"/>
          <w:sz w:val="24"/>
        </w:rPr>
        <w:t xml:space="preserve"> </w:t>
      </w:r>
      <w:r>
        <w:rPr>
          <w:rFonts w:ascii="Times New Roman" w:hAnsi="Times New Roman" w:eastAsia="Times New Roman" w:cs="Times New Roman"/>
          <w:sz w:val="24"/>
        </w:rPr>
        <w:t>CARE</w:t>
      </w:r>
    </w:p>
    <w:p>
      <w:pPr>
        <w:spacing w:before="9" w:after="0"/>
      </w:pPr>
    </w:p>
    <w:p>
      <w:pPr/>
      <w:r>
        <w:rPr>
          <w:rFonts w:ascii="Times New Roman" w:hAnsi="Times New Roman" w:eastAsia="Times New Roman" w:cs="Times New Roman"/>
          <w:sz w:val="24"/>
        </w:rPr>
        <w:t>This is an important legal document. Prepare this durable power of attorney for health care carefully. If you use this form, read it completely. You may want to seek professional help to make sure the form does what you intend and is completed without</w:t>
      </w:r>
      <w:r>
        <w:rPr>
          <w:rFonts w:ascii="Times New Roman" w:hAnsi="Times New Roman" w:eastAsia="Times New Roman" w:cs="Times New Roman"/>
          <w:sz w:val="24"/>
        </w:rPr>
        <w:t xml:space="preserve"> </w:t>
      </w:r>
      <w:r>
        <w:rPr>
          <w:rFonts w:ascii="Times New Roman" w:hAnsi="Times New Roman" w:eastAsia="Times New Roman" w:cs="Times New Roman"/>
          <w:sz w:val="24"/>
        </w:rPr>
        <w:t>mistakes.</w:t>
      </w:r>
    </w:p>
    <w:p>
      <w:pPr/>
    </w:p>
    <w:p>
      <w:pPr/>
      <w:r>
        <w:rPr>
          <w:rFonts w:ascii="Times New Roman" w:hAnsi="Times New Roman" w:eastAsia="Times New Roman" w:cs="Times New Roman"/>
          <w:sz w:val="24"/>
        </w:rPr>
        <w:t>You have the right to revoke this document in whole or in part at any time you have not been determined to be incapable. A revocation is effective when it is communicated to your attending physician or other health care provider.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