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SOUTH DAKOTA POWER OF ATTORNEY REVOCATION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Use of this form is for the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Other: </w:t>
      </w:r>
      <w:r>
        <w:rPr>
          <w:rFonts w:ascii="Times New Roman" w:hAnsi="Times New Roman" w:eastAsia="Times New Roman" w:cs="Times New Roman"/>
          <w:sz w:val="24"/>
        </w:rPr>
        <w:t>[TYPE OF POWER OF ATTORNEY]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>, hereby immediately revoke those portions covering decisions of the 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titled </w:t>
      </w:r>
      <w:r>
        <w:rPr>
          <w:rFonts w:ascii="Times New Roman" w:hAnsi="Times New Roman" w:eastAsia="Times New Roman" w:cs="Times New Roman"/>
          <w:sz w:val="24"/>
        </w:rPr>
        <w:t>[TITLE OF DOCUMENT BEING REVOKED]</w:t>
      </w:r>
      <w:r>
        <w:rPr>
          <w:rFonts w:ascii="Times New Roman" w:hAnsi="Times New Roman" w:eastAsia="Times New Roman" w:cs="Times New Roman"/>
          <w:sz w:val="24"/>
        </w:rPr>
        <w:t>, that I previously 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 </w:t>
      </w:r>
      <w:r>
        <w:rPr>
          <w:rFonts w:ascii="Times New Roman" w:hAnsi="Times New Roman" w:eastAsia="Times New Roman" w:cs="Times New Roman"/>
          <w:sz w:val="24"/>
        </w:rPr>
        <w:t>[DATE OF PREVIOUS DOCUMENT]</w:t>
      </w:r>
      <w:r>
        <w:rPr>
          <w:rFonts w:ascii="Times New Roman" w:hAnsi="Times New Roman" w:eastAsia="Times New Roman" w:cs="Times New Roman"/>
          <w:sz w:val="24"/>
        </w:rPr>
        <w:t xml:space="preserve">, which appointed </w:t>
      </w:r>
      <w:r>
        <w:rPr>
          <w:rFonts w:ascii="Times New Roman" w:hAnsi="Times New Roman" w:eastAsia="Times New Roman" w:cs="Times New Roman"/>
          <w:sz w:val="24"/>
        </w:rPr>
        <w:t>[NAME OF PREVIOUS AGENT]</w:t>
      </w:r>
      <w:r>
        <w:rPr>
          <w:rFonts w:ascii="Times New Roman" w:hAnsi="Times New Roman" w:eastAsia="Times New Roman" w:cs="Times New Roman"/>
          <w:sz w:val="24"/>
        </w:rPr>
        <w:t xml:space="preserve"> as my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>[NAME OF ALTERNATE SUCCESSOR AGENT]</w:t>
      </w:r>
      <w:r>
        <w:rPr>
          <w:rFonts w:ascii="Times New Roman" w:hAnsi="Times New Roman" w:eastAsia="Times New Roman" w:cs="Times New Roman"/>
          <w:sz w:val="24"/>
        </w:rPr>
        <w:t xml:space="preserve">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 successor agent. I hereby notify said agent(s) and any other interested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 and institutions that all portions of said document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takes effect immediately. A photocopy has the same effect as 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was 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[DATE OF SIGNATURE]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Principal </w:t>
      </w:r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Print Name _________________________</w:t>
      </w:r>
    </w:p>
    <w:p>
      <w:pPr>
        <w:spacing w:before="69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NOTE: Provide copies to anyone who may have copies of the Power of Attorney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being revoked. Retain the original of this form in your 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papers.</w:t>
      </w:r>
    </w:p>
    <w:p>
      <w:pPr>
        <w:spacing w:line="480" w:lineRule="auto"/>
      </w:pPr>
    </w:p>
    <w:p>
      <w:pPr>
        <w:spacing w:line="480" w:lineRule="auto"/>
        <w:jc w:val="center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[State of South Dakota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 NAME]</w:t>
      </w:r>
      <w:r>
        <w:rPr>
          <w:rFonts w:ascii="Times New Roman" w:hAnsi="Times New Roman" w:eastAsia="Times New Roman" w:cs="Times New Roman"/>
          <w:sz w:val="24"/>
        </w:rPr>
        <w:t>]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date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,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>[NOTARY PUBLIC NAME]</w:t>
      </w:r>
      <w:r>
        <w:rPr>
          <w:rFonts w:ascii="Times New Roman" w:hAnsi="Times New Roman" w:eastAsia="Times New Roman" w:cs="Times New Roman"/>
          <w:sz w:val="24"/>
        </w:rPr>
        <w:t>, a notary public,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[PRINCIPAL'S NAME]</w:t>
      </w:r>
      <w:r>
        <w:rPr>
          <w:rFonts w:ascii="Times New Roman" w:hAnsi="Times New Roman" w:eastAsia="Times New Roman" w:cs="Times New Roman"/>
          <w:sz w:val="24"/>
        </w:rPr>
        <w:t>, proved on the basis of satisfactory 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 the person(s) whose name(s) (is/are) subscribed to this instrument,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(he/she/they) 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same.</w:t>
      </w:r>
    </w:p>
    <w:p>
      <w:pPr>
        <w:spacing w:before="8" w:after="0" w:line="480" w:lineRule="auto"/>
      </w:pPr>
    </w:p>
    <w:p>
      <w:pPr>
        <w:spacing w:before="8" w:after="0" w:line="480" w:lineRule="auto"/>
      </w:pPr>
      <w:r>
        <w:rPr>
          <w:rFonts w:ascii="Times New Roman" w:hAnsi="Times New Roman" w:eastAsia="Times New Roman" w:cs="Times New Roman"/>
          <w:sz w:val="24"/>
        </w:rPr>
        <w:t>____________________________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[NOTARY NAME]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My Commission Expires on </w:t>
      </w:r>
      <w:r>
        <w:rPr>
          <w:rFonts w:ascii="Times New Roman" w:hAnsi="Times New Roman" w:eastAsia="Times New Roman" w:cs="Times New Roman"/>
          <w:sz w:val="24"/>
        </w:rPr>
        <w:t>[NOTARY COMMISSION EXPIRATION]</w:t>
      </w:r>
    </w:p>
    <w:p>
      <w:pPr>
        <w:spacing w:before="4" w:after="0" w:line="480" w:lineRule="auto"/>
      </w:pP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4" w:after="0" w:line="480" w:lineRule="auto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