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jc w:val="center"/>
      </w:pPr>
      <w:r>
        <w:rPr>
          <w:rFonts w:ascii="Times New Roman" w:hAnsi="Times New Roman" w:eastAsia="Times New Roman" w:cs="Times New Roman"/>
          <w:b/>
          <w:sz w:val="24"/>
        </w:rPr>
        <w:t>South Dakota Transfer on Death Deed</w:t>
      </w:r>
    </w:p>
    <w:p>
      <w:pPr/>
    </w:p>
    <w:p>
      <w:pPr>
        <w:jc w:val="both"/>
      </w:pPr>
      <w:r>
        <w:rPr>
          <w:rFonts w:ascii="Times New Roman" w:hAnsi="Times New Roman" w:eastAsia="Times New Roman" w:cs="Times New Roman"/>
          <w:b/>
          <w:sz w:val="24"/>
        </w:rPr>
        <w:t>Notice to Owner:</w:t>
      </w:r>
      <w:r>
        <w:rPr>
          <w:rFonts w:ascii="Times New Roman" w:hAnsi="Times New Roman" w:eastAsia="Times New Roman" w:cs="Times New Roman"/>
          <w:sz w:val="24"/>
        </w:rPr>
        <w:t xml:space="preserve"> This deed will transfer ownership of the property described below when you die. You should carefully read all of the information on this form. You should consult a lawyer before using this form.</w:t>
      </w:r>
      <w:r>
        <w:rPr>
          <w:rFonts w:ascii="Times New Roman" w:hAnsi="Times New Roman" w:eastAsia="Times New Roman" w:cs="Times New Roman"/>
          <w:sz w:val="24"/>
        </w:rPr>
        <w:t xml:space="preserve"> </w:t>
      </w:r>
      <w:r>
        <w:rPr>
          <w:rFonts w:ascii="Times New Roman" w:hAnsi="Times New Roman" w:eastAsia="Times New Roman" w:cs="Times New Roman"/>
          <w:sz w:val="24"/>
        </w:rPr>
        <w:t>This form must be recorded with the register of deeds before your death or it will not be effective. Any change to this deed must also be recorded to be effective.</w:t>
      </w:r>
    </w:p>
    <w:p>
      <w:pPr>
        <w:jc w:val="both"/>
      </w:pPr>
    </w:p>
    <w:p>
      <w:pPr>
        <w:jc w:val="both"/>
      </w:pPr>
      <w:r>
        <w:rPr>
          <w:rFonts w:ascii="Times New Roman" w:hAnsi="Times New Roman" w:eastAsia="Times New Roman" w:cs="Times New Roman"/>
          <w:b/>
          <w:sz w:val="24"/>
        </w:rPr>
        <w:t>Identifying Information</w:t>
      </w:r>
    </w:p>
    <w:p>
      <w:pPr/>
      <w:r>
        <w:rPr>
          <w:rFonts w:ascii="Times New Roman" w:hAnsi="Times New Roman" w:eastAsia="Times New Roman" w:cs="Times New Roman"/>
          <w:sz w:val="24"/>
        </w:rPr>
        <w:t>Owner(s)/Grantor(s)</w:t>
      </w:r>
    </w:p>
    <w:p>
      <w:pPr/>
    </w:p>
    <w:p>
      <w:pPr>
        <w:jc w:val="both"/>
      </w:pPr>
      <w:r>
        <w:rPr>
          <w:rFonts w:ascii="Times New Roman" w:hAnsi="Times New Roman" w:eastAsia="Times New Roman" w:cs="Times New Roman"/>
          <w:b/>
          <w:sz w:val="24"/>
        </w:rPr>
        <w:t>Legal Description of Property:</w:t>
      </w:r>
    </w:p>
    <w:p>
      <w:pPr>
        <w:jc w:val="both"/>
      </w:pPr>
    </w:p>
    <w:p>
      <w:pPr>
        <w:jc w:val="center"/>
      </w:pPr>
      <w:r>
        <w:rPr>
          <w:rFonts w:ascii="Times New Roman" w:hAnsi="Times New Roman" w:eastAsia="Times New Roman" w:cs="Times New Roman"/>
          <w:b/>
          <w:sz w:val="24"/>
        </w:rPr>
        <w:t xml:space="preserve">A complete legal description of the real property being conveyed by this instrument is attached hereto on page 4 as </w:t>
      </w:r>
      <w:r>
        <w:rPr>
          <w:rFonts w:ascii="Times New Roman" w:hAnsi="Times New Roman" w:eastAsia="Times New Roman" w:cs="Times New Roman"/>
          <w:b/>
          <w:sz w:val="24"/>
        </w:rPr>
        <w:t>EXHIBIT A</w:t>
      </w:r>
      <w:r>
        <w:rPr>
          <w:rFonts w:ascii="Times New Roman" w:hAnsi="Times New Roman" w:eastAsia="Times New Roman" w:cs="Times New Roman"/>
          <w:b/>
          <w:sz w:val="24"/>
        </w:rPr>
        <w:t>.</w:t>
      </w:r>
    </w:p>
    <w:p>
      <w:pPr>
        <w:jc w:val="center"/>
      </w:pPr>
    </w:p>
    <w:p>
      <w:pPr>
        <w:jc w:val="both"/>
      </w:pPr>
    </w:p>
    <w:p>
      <w:pPr>
        <w:jc w:val="both"/>
      </w:pPr>
      <w:r>
        <w:rPr>
          <w:rFonts w:ascii="Times New Roman" w:hAnsi="Times New Roman" w:eastAsia="Times New Roman" w:cs="Times New Roman"/>
          <w:b/>
          <w:sz w:val="24"/>
        </w:rPr>
        <w:t>Beneficiary or Beneficiaries (Grantee or Grantees)</w:t>
      </w:r>
    </w:p>
    <w:p>
      <w:pPr>
        <w:jc w:val="both"/>
      </w:pPr>
      <w:r>
        <w:rPr>
          <w:rFonts w:ascii="Times New Roman" w:hAnsi="Times New Roman" w:eastAsia="Times New Roman" w:cs="Times New Roman"/>
          <w:sz w:val="24"/>
        </w:rPr>
        <w:t>I revoke all my prior transfer on death deeds concerning the property, and name the following beneficiary(ies) to receive the property (in equal shares, and as tenants in common, and not as joint tenants with rights of survivorship, unless I say otherwise):</w:t>
      </w:r>
    </w:p>
    <w:p>
      <w:pPr>
        <w:jc w:val="both"/>
      </w:pPr>
    </w:p>
    <w:p>
      <w:pPr>
        <w:spacing w:before="0" w:after="21" w:line="276" w:lineRule="auto"/>
        <w:ind w:hanging="10"/>
      </w:pPr>
      <w:r>
        <w:rPr>
          <w:rFonts w:ascii="Times New Roman" w:hAnsi="Times New Roman" w:eastAsia="Times New Roman" w:cs="Times New Roman"/>
          <w:sz w:val="24"/>
        </w:rPr>
        <w:t>I designate the following grantee beneficiary if the grantee beneficiary survives me:</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 </w:t>
      </w:r>
    </w:p>
    <w:p>
      <w:pPr>
        <w:spacing w:before="0" w:after="21" w:line="276" w:lineRule="auto"/>
        <w:ind w:hanging="10"/>
      </w:pPr>
      <w:r>
        <w:rPr>
          <w:rFonts w:ascii="Times New Roman" w:hAnsi="Times New Roman" w:eastAsia="Times New Roman" w:cs="Times New Roman"/>
          <w:sz w:val="24"/>
        </w:rPr>
        <w:t>If the grantee beneficiary does not survive me, I designate the following alternate beneficiary:</w:t>
      </w:r>
      <w:r>
        <w:rPr>
          <w:rFonts w:ascii="Times New Roman" w:hAnsi="Times New Roman" w:eastAsia="Times New Roman" w:cs="Times New Roman"/>
          <w:sz w:val="24"/>
        </w:rPr>
        <w:t xml:space="preserve"> </w:t>
      </w:r>
    </w:p>
    <w:p>
      <w:pPr>
        <w:jc w:val="both"/>
      </w:pPr>
    </w:p>
    <w:p>
      <w:pPr>
        <w:jc w:val="both"/>
      </w:pPr>
      <w:r>
        <w:rPr>
          <w:rFonts w:ascii="Times New Roman" w:hAnsi="Times New Roman" w:eastAsia="Times New Roman" w:cs="Times New Roman"/>
          <w:sz w:val="24"/>
        </w:rPr>
        <w:t xml:space="preserve">This transfer </w:t>
      </w:r>
      <w:r>
        <w:rPr>
          <w:rFonts w:ascii="Times New Roman" w:hAnsi="Times New Roman" w:eastAsia="Times New Roman" w:cs="Times New Roman"/>
          <w:sz w:val="24"/>
        </w:rPr>
        <w:t xml:space="preserve"> is </w:t>
      </w:r>
      <w:r>
        <w:rPr>
          <w:rFonts w:ascii="Times New Roman" w:hAnsi="Times New Roman" w:eastAsia="Times New Roman" w:cs="Times New Roman"/>
          <w:b/>
          <w:sz w:val="24"/>
        </w:rPr>
        <w:t>-OR-</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is not subject to the requirement that the named beneficiary survive me by one hundred twenty hours.</w:t>
      </w:r>
    </w:p>
    <w:p>
      <w:pPr>
        <w:jc w:val="both"/>
      </w:pPr>
    </w:p>
    <w:p>
      <w:pPr>
        <w:jc w:val="both"/>
      </w:pPr>
      <w:r>
        <w:rPr>
          <w:rFonts w:ascii="Times New Roman" w:hAnsi="Times New Roman" w:eastAsia="Times New Roman" w:cs="Times New Roman"/>
          <w:b/>
          <w:sz w:val="24"/>
        </w:rPr>
        <w:t>Joint Tenant(s), if any</w:t>
      </w:r>
    </w:p>
    <w:p>
      <w:pPr>
        <w:jc w:val="both"/>
      </w:pPr>
      <w:r>
        <w:rPr>
          <w:rFonts w:ascii="Times New Roman" w:hAnsi="Times New Roman" w:eastAsia="Times New Roman" w:cs="Times New Roman"/>
          <w:sz w:val="24"/>
        </w:rPr>
        <w:t>The following individual or individuals is/are joint tenant(s) in the property:</w:t>
      </w:r>
    </w:p>
    <w:p>
      <w:pPr>
        <w:jc w:val="both"/>
      </w:pPr>
    </w:p>
    <w:p>
      <w:pPr>
        <w:jc w:val="both"/>
      </w:pPr>
    </w:p>
    <w:p>
      <w:pPr>
        <w:jc w:val="both"/>
      </w:pPr>
    </w:p>
    <w:p>
      <w:pPr>
        <w:jc w:val="both"/>
      </w:pPr>
      <w:r>
        <w:rPr>
          <w:rFonts w:ascii="Times New Roman" w:hAnsi="Times New Roman" w:eastAsia="Times New Roman" w:cs="Times New Roman"/>
          <w:b/>
          <w:sz w:val="24"/>
        </w:rPr>
        <w:t>Transfer on Death</w:t>
      </w:r>
    </w:p>
    <w:p>
      <w:pPr/>
      <w:r>
        <w:rPr>
          <w:rFonts w:ascii="Times New Roman" w:hAnsi="Times New Roman" w:eastAsia="Times New Roman" w:cs="Times New Roman"/>
          <w:sz w:val="24"/>
        </w:rPr>
        <w:t>I hereby convey and transfer upon my death all my interests (whether now owned or hereafter acquired) in the described property to the above listed beneficiary(ies).</w:t>
      </w:r>
      <w:r>
        <w:rPr>
          <w:rFonts w:ascii="Times New Roman" w:hAnsi="Times New Roman" w:eastAsia="Times New Roman" w:cs="Times New Roman"/>
          <w:sz w:val="24"/>
        </w:rPr>
        <w:t xml:space="preserve"> Before my death, I may revoke this deed, or any part of this deed. Exempt from Transfer Fee: § 43-4-22(18).</w:t>
      </w:r>
    </w:p>
    <w:p>
      <w:pPr>
        <w:jc w:val="both"/>
      </w:pPr>
    </w:p>
    <w:p>
      <w:pPr>
        <w:jc w:val="both"/>
      </w:pPr>
    </w:p>
    <w:p>
      <w:pPr>
        <w:jc w:val="both"/>
      </w:pPr>
    </w:p>
    <w:p>
      <w:pPr>
        <w:jc w:val="both"/>
      </w:pPr>
    </w:p>
    <w:p>
      <w:pPr>
        <w:jc w:val="both"/>
      </w:pPr>
      <w:r>
        <w:rPr>
          <w:rFonts w:ascii="Times New Roman" w:hAnsi="Times New Roman" w:eastAsia="Times New Roman" w:cs="Times New Roman"/>
          <w:b/>
          <w:sz w:val="24"/>
        </w:rPr>
        <w:t>Signature(s) of Owner(s) Who Join in this Deed</w:t>
      </w:r>
    </w:p>
    <w:p>
      <w:pPr/>
    </w:p>
    <w:p>
      <w:pPr/>
    </w:p>
    <w:p>
      <w:pPr/>
    </w:p>
    <w:p>
      <w:pPr/>
    </w:p>
    <w:p>
      <w:pPr/>
    </w:p>
    <w:p>
      <w:pPr/>
      <w:r>
        <w:rPr>
          <w:rFonts w:ascii="Times New Roman" w:hAnsi="Times New Roman" w:eastAsia="Times New Roman" w:cs="Times New Roman"/>
          <w:sz w:val="24"/>
        </w:rPr>
        <w:t xml:space="preserve">This document is exempt from documentary transfer tax under SDCL 43-4-22(18), and this document is exempt from completing and submitting the certificate of value under </w:t>
      </w:r>
    </w:p>
    <w:p>
      <w:pPr/>
      <w:r>
        <w:rPr>
          <w:rFonts w:ascii="Times New Roman" w:hAnsi="Times New Roman" w:eastAsia="Times New Roman" w:cs="Times New Roman"/>
          <w:sz w:val="24"/>
        </w:rPr>
        <w:t>SDCL 7-9-7(5)</w:t>
      </w:r>
    </w:p>
    <w:p>
      <w:pPr>
        <w:spacing w:before="0" w:after="0"/>
        <w:jc w:val="center"/>
      </w:pPr>
      <w:r>
        <w:rPr>
          <w:rFonts w:ascii="Times New Roman" w:hAnsi="Times New Roman" w:eastAsia="Times New Roman" w:cs="Times New Roman"/>
          <w:b/>
          <w:sz w:val="24"/>
        </w:rPr>
        <w:t>NOTARY ACKNOWLEDGMENT</w:t>
      </w:r>
    </w:p>
    <w:p>
      <w:pPr/>
    </w:p>
    <w:p>
      <w:pPr/>
      <w:r>
        <w:rPr>
          <w:rFonts w:ascii="Times New Roman" w:hAnsi="Times New Roman" w:eastAsia="Times New Roman" w:cs="Times New Roman"/>
          <w:sz w:val="24"/>
        </w:rPr>
        <w:t>A notary public or other officer completing this certificate verifies only the identity of the individual who signed the document to which this certificate is attached, and not the truthfulness, accuracy, or validity of that document.</w:t>
      </w:r>
    </w:p>
    <w:p>
      <w:pPr/>
    </w:p>
    <w:p>
      <w:pPr>
        <w:spacing w:line="276" w:lineRule="auto"/>
      </w:pPr>
      <w:r>
        <w:rPr>
          <w:rFonts w:ascii="Times New Roman" w:hAnsi="Times New Roman" w:eastAsia="Times New Roman" w:cs="Times New Roman"/>
          <w:sz w:val="24"/>
        </w:rPr>
        <w:t>State of ________________________ }</w:t>
      </w:r>
    </w:p>
    <w:p>
      <w:pPr>
        <w:spacing w:line="276" w:lineRule="auto"/>
      </w:pPr>
      <w:r>
        <w:rPr>
          <w:rFonts w:ascii="Times New Roman" w:hAnsi="Times New Roman" w:eastAsia="Times New Roman" w:cs="Times New Roman"/>
          <w:sz w:val="24"/>
        </w:rPr>
        <w:t>County of ________________________ }</w:t>
      </w:r>
    </w:p>
    <w:p>
      <w:pPr>
        <w:spacing w:line="276" w:lineRule="auto"/>
      </w:pPr>
    </w:p>
    <w:p>
      <w:pPr>
        <w:spacing w:line="276" w:lineRule="auto"/>
      </w:pPr>
      <w:r>
        <w:rPr>
          <w:rFonts w:ascii="Times New Roman" w:hAnsi="Times New Roman" w:eastAsia="Times New Roman" w:cs="Times New Roman"/>
          <w:sz w:val="24"/>
        </w:rPr>
        <w:t xml:space="preserve">On ________________________, 20____, before me, ________________________ (insert name and title of the officer), personally appeared ________________________ (seller’s name) who proved to me on the basis of satisfactory evidence to be the person whose name is subscribed within the Transfer on Death Deed and acknowledged to me that they executed the same in their authorized capacity, and that by their signature on the instrument the person, or the entity upon behalf of which the person acted, executed the instrument. </w:t>
      </w:r>
    </w:p>
    <w:p>
      <w:pPr>
        <w:spacing w:line="276" w:lineRule="auto"/>
      </w:pPr>
    </w:p>
    <w:p>
      <w:pPr>
        <w:spacing w:line="276" w:lineRule="auto"/>
      </w:pPr>
      <w:r>
        <w:rPr>
          <w:rFonts w:ascii="Times New Roman" w:hAnsi="Times New Roman" w:eastAsia="Times New Roman" w:cs="Times New Roman"/>
          <w:sz w:val="24"/>
        </w:rPr>
        <w:t xml:space="preserve">I certify under PENALTY OF PERJURY under the laws of the state of ________________________ that the foregoing paragraph is true and correct. </w:t>
      </w:r>
    </w:p>
    <w:p>
      <w:pPr>
        <w:spacing w:line="276" w:lineRule="auto"/>
      </w:pPr>
    </w:p>
    <w:p>
      <w:pPr>
        <w:spacing w:line="276" w:lineRule="auto"/>
      </w:pPr>
      <w:r>
        <w:rPr>
          <w:rFonts w:ascii="Times New Roman" w:hAnsi="Times New Roman" w:eastAsia="Times New Roman" w:cs="Times New Roman"/>
          <w:sz w:val="24"/>
        </w:rPr>
        <w:t xml:space="preserve">WITNESS my hand and official seal. </w:t>
      </w:r>
    </w:p>
    <w:p>
      <w:pPr>
        <w:spacing w:line="276" w:lineRule="auto"/>
      </w:pPr>
    </w:p>
    <w:p>
      <w:pPr>
        <w:spacing w:line="276" w:lineRule="auto"/>
      </w:pPr>
      <w:r>
        <w:rPr>
          <w:rFonts w:ascii="Times New Roman" w:hAnsi="Times New Roman" w:eastAsia="Times New Roman" w:cs="Times New Roman"/>
          <w:sz w:val="24"/>
        </w:rPr>
        <w:t xml:space="preserve">Notary Public: </w:t>
      </w:r>
      <w:r>
        <w:rPr>
          <w:rFonts w:ascii="Times New Roman" w:hAnsi="Times New Roman" w:eastAsia="Times New Roman" w:cs="Times New Roman"/>
          <w:sz w:val="24"/>
        </w:rPr>
        <w:t>________________________</w:t>
      </w:r>
    </w:p>
    <w:p>
      <w:pPr>
        <w:spacing w:line="276" w:lineRule="auto"/>
      </w:pPr>
      <w:r>
        <w:rPr>
          <w:rFonts w:ascii="Times New Roman" w:hAnsi="Times New Roman" w:eastAsia="Times New Roman" w:cs="Times New Roman"/>
          <w:sz w:val="24"/>
        </w:rPr>
        <w:t>Print Name: ________________________</w:t>
      </w:r>
    </w:p>
    <w:p>
      <w:pPr>
        <w:spacing w:line="276" w:lineRule="auto"/>
      </w:pPr>
      <w:r>
        <w:rPr>
          <w:rFonts w:ascii="Times New Roman" w:hAnsi="Times New Roman" w:eastAsia="Times New Roman" w:cs="Times New Roman"/>
          <w:sz w:val="24"/>
        </w:rPr>
        <w:t>My Commission Expires: ________________________, 20____</w:t>
      </w:r>
    </w:p>
    <w:p>
      <w:pPr>
        <w:spacing w:before="0" w:after="240"/>
      </w:pPr>
    </w:p>
    <w:p>
      <w:pPr/>
      <w:r>
        <w:rPr>
          <w:rFonts w:ascii="Times New Roman" w:hAnsi="Times New Roman" w:eastAsia="Times New Roman" w:cs="Times New Roman"/>
          <w:sz w:val="24"/>
        </w:rPr>
        <w:t>(seal)</w:t>
      </w:r>
    </w:p>
    <w:p>
      <w:pPr/>
    </w:p>
    <w:p>
      <w:pPr>
        <w:spacing w:before="0" w:after="0"/>
        <w:jc w:val="center"/>
      </w:pPr>
      <w:r>
        <w:rPr>
          <w:rFonts w:ascii="Times New Roman" w:hAnsi="Times New Roman" w:eastAsia="Times New Roman" w:cs="Times New Roman"/>
          <w:sz w:val="24"/>
        </w:rPr>
        <w:t>EXHIBIT A</w:t>
      </w:r>
    </w:p>
    <w:p>
      <w:pPr>
        <w:jc w:val="center"/>
      </w:pPr>
      <w:r>
        <w:rPr>
          <w:rFonts w:ascii="Times New Roman" w:hAnsi="Times New Roman" w:eastAsia="Times New Roman" w:cs="Times New Roman"/>
          <w:sz w:val="24"/>
        </w:rPr>
        <w:t>Legal Description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