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Special Meeting of Shareholders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NOTICE OF SPECIAL MEETING OF THE SHAREHOLDERS OF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[corporation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All Shareholders: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shareholders of [name of corporation] has been called by [name].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hereby notified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special meeting of shareholders will be held on [day and date] at [time,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.m. or p.m.] at the principal office of the corporation located at [address], for the purpose of considering and acting on the following matter(s): [general description of all items of business to be transacted at the meeting] and the following proposals: [general description of all proposals to be addressed at the meeting].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and designation]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