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Special Meeting of Stockholders Waiver of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undersigned stockholders of [name of corporation] (the “Corporation”) do hereby waive all notice and consent to the holding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special meeting of the stockholders of the Corporation on [ day] day of [month and year] at [time] for the purposes of [ purpose(s)_of the special meeting].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undersigned agree that any business transacted at the meeting shall be as valid as if it had been transacted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meeting regularly called and noticed.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 [</w:t>
      </w:r>
      <w:r>
        <w:rPr>
          <w:rFonts w:ascii="Times New Roman" w:hAnsi="Times New Roman" w:eastAsia="Times New Roman" w:cs="Times New Roman"/>
          <w:b w:val="0"/>
          <w:sz w:val="24"/>
        </w:rPr>
        <w:t>signature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stockholder]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