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Special Meeting of Stockholders Waiver of Notice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the undersigned, being all of the stockholders of [corporation name] (the “Corporation”) do hereby waive all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stockholders of the said Corporation and do consent that the [day] day of [month and year] at [time], be and the same hereby are fixed as the time, and the office of [name], attorney for the corporation, at [address] Street, City of [city name], is the place for holding the said meeting and that all such matters be transacted thereat as may lawfully come before the meeting, including, but not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to issue stock of the Corporation, to elect directors until the next annual meeting of the Corporation, to ratify, approve and adopt the bylaws of the Corporation and to ratify and approve all acts of the directors and officers of the Corporation, and to [any other purposes for the special meeting, e.g.,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agreement between [name] and the Corporation with respect to the stock issued to [name]].</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Shareholder</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Shareholder</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Shareholder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