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(cover page)</w:t>
      </w:r>
    </w:p>
    <w:p>
      <w:pPr>
        <w:keepNext w:val="0"/>
        <w:spacing w:before="200" w:after="0" w:line="260" w:lineRule="exact"/>
        <w:ind w:left="360" w:right="0" w:firstLine="0"/>
        <w:jc w:val="both"/>
      </w:pPr>
      <w:r>
        <w:rPr>
          <w:rFonts w:ascii="Times New Roman" w:hAnsi="Times New Roman" w:eastAsia="Times New Roman" w:cs="Times New Roman"/>
          <w:b/>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of preparer of deed]</w:t>
      </w:r>
    </w:p>
    <w:p>
      <w:pPr>
        <w:keepNext w:val="0"/>
        <w:spacing w:before="200" w:after="0" w:line="260" w:lineRule="exact"/>
        <w:ind w:left="360" w:right="0" w:firstLine="0"/>
        <w:jc w:val="both"/>
      </w:pPr>
      <w:r>
        <w:rPr>
          <w:rFonts w:ascii="Times New Roman" w:hAnsi="Times New Roman" w:eastAsia="Times New Roman" w:cs="Times New Roman"/>
          <w:b w:val="0"/>
          <w:sz w:val="24"/>
        </w:rPr>
        <w:t>[firm or company]</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[grantee]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DEED</w:t>
      </w:r>
    </w:p>
    <w:p>
      <w:pPr>
        <w:keepNext w:val="0"/>
        <w:spacing w:before="200" w:after="0" w:line="260" w:lineRule="exact"/>
        <w:ind w:left="720" w:right="0" w:firstLine="0"/>
        <w:jc w:val="center"/>
      </w:pPr>
      <w:r>
        <w:rPr>
          <w:rFonts w:ascii="Times New Roman" w:hAnsi="Times New Roman" w:eastAsia="Times New Roman" w:cs="Times New Roman"/>
          <w:b w:val="0"/>
          <w:sz w:val="24"/>
        </w:rPr>
        <w:t>[Office of Property Assessment number/lot and block number/Uniform Parcel Identifier number (UPI) and/or Parcel Identification Number (PIN)]</w:t>
      </w:r>
    </w:p>
    <w:p>
      <w:pPr>
        <w:keepNext w:val="0"/>
        <w:spacing w:before="200" w:after="0" w:line="260" w:lineRule="exact"/>
        <w:ind w:left="720" w:right="0" w:firstLine="0"/>
        <w:jc w:val="center"/>
      </w:pPr>
      <w:r>
        <w:rPr>
          <w:rFonts w:ascii="Times New Roman" w:hAnsi="Times New Roman" w:eastAsia="Times New Roman" w:cs="Times New Roman"/>
          <w:b w:val="0"/>
          <w:sz w:val="24"/>
        </w:rPr>
        <w:t>[grantor's name and entity type]</w:t>
      </w:r>
    </w:p>
    <w:p>
      <w:pPr>
        <w:keepNext w:val="0"/>
        <w:spacing w:before="200" w:after="0" w:line="260" w:lineRule="exact"/>
        <w:ind w:left="720" w:right="0" w:firstLine="0"/>
        <w:jc w:val="center"/>
      </w:pPr>
      <w:r>
        <w:rPr>
          <w:rFonts w:ascii="Times New Roman" w:hAnsi="Times New Roman" w:eastAsia="Times New Roman" w:cs="Times New Roman"/>
          <w:b/>
          <w:sz w:val="24"/>
        </w:rPr>
        <w:t>To</w:t>
      </w:r>
    </w:p>
    <w:p>
      <w:pPr>
        <w:keepNext w:val="0"/>
        <w:spacing w:before="200" w:after="0" w:line="260" w:lineRule="exact"/>
        <w:ind w:left="720" w:right="0" w:firstLine="0"/>
        <w:jc w:val="center"/>
      </w:pPr>
      <w:r>
        <w:rPr>
          <w:rFonts w:ascii="Times New Roman" w:hAnsi="Times New Roman" w:eastAsia="Times New Roman" w:cs="Times New Roman"/>
          <w:b w:val="0"/>
          <w:sz w:val="24"/>
        </w:rPr>
        <w:t>[grantee's name and entity type]</w:t>
      </w:r>
    </w:p>
    <w:p>
      <w:pPr>
        <w:keepNext w:val="0"/>
        <w:spacing w:before="200" w:after="0" w:line="260" w:lineRule="exact"/>
        <w:ind w:left="720" w:right="0" w:firstLine="0"/>
        <w:jc w:val="center"/>
      </w:pPr>
      <w:r>
        <w:rPr>
          <w:rFonts w:ascii="Times New Roman" w:hAnsi="Times New Roman" w:eastAsia="Times New Roman" w:cs="Times New Roman"/>
          <w:b/>
          <w:sz w:val="24"/>
        </w:rPr>
        <w:t>Property Address:</w:t>
      </w:r>
    </w:p>
    <w:p>
      <w:pPr>
        <w:keepNext w:val="0"/>
        <w:spacing w:before="200" w:after="0" w:line="260" w:lineRule="exact"/>
        <w:ind w:left="720" w:right="0" w:firstLine="0"/>
        <w:jc w:val="center"/>
      </w:pPr>
      <w:r>
        <w:rPr>
          <w:rFonts w:ascii="Times New Roman" w:hAnsi="Times New Roman" w:eastAsia="Times New Roman" w:cs="Times New Roman"/>
          <w:b w:val="0"/>
          <w:sz w:val="24"/>
        </w:rPr>
        <w:t>[street address, city, county, state, and zip code of property]</w:t>
      </w:r>
    </w:p>
    <w:p>
      <w:pPr>
        <w:keepNext w:val="0"/>
        <w:spacing w:before="200" w:after="0" w:line="260" w:lineRule="exact"/>
        <w:ind w:left="720" w:right="0" w:firstLine="0"/>
        <w:jc w:val="both"/>
      </w:pPr>
      <w:r>
        <w:rPr>
          <w:rFonts w:ascii="Times New Roman" w:hAnsi="Times New Roman" w:eastAsia="Times New Roman" w:cs="Times New Roman"/>
          <w:b/>
          <w:sz w:val="24"/>
        </w:rPr>
        <w:t>I hereby certify the mailing address of the above-named Grantee is:</w:t>
      </w:r>
    </w:p>
    <w:p>
      <w:pPr>
        <w:keepNext w:val="0"/>
        <w:spacing w:before="120" w:after="0" w:line="260" w:lineRule="exact"/>
        <w:ind w:left="720" w:right="0" w:firstLine="0"/>
        <w:jc w:val="left"/>
      </w:pPr>
      <w:r>
        <w:rPr>
          <w:rFonts w:ascii="Times New Roman" w:hAnsi="Times New Roman" w:eastAsia="Times New Roman" w:cs="Times New Roman"/>
          <w:b w:val="0"/>
          <w:sz w:val="24"/>
        </w:rPr>
        <w:t>[grantee]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[grantee or grantee's attorney]</w:t>
      </w:r>
    </w:p>
    <w:p>
      <w:pPr>
        <w:keepNext w:val="0"/>
        <w:spacing w:before="120" w:after="0" w:line="260" w:lineRule="exact"/>
        <w:ind w:left="360" w:right="0" w:firstLine="0"/>
        <w:jc w:val="left"/>
      </w:pPr>
      <w:r>
        <w:rPr>
          <w:rFonts w:ascii="Times New Roman" w:hAnsi="Times New Roman" w:eastAsia="Times New Roman" w:cs="Times New Roman"/>
          <w:b/>
          <w:sz w:val="24"/>
        </w:rPr>
        <w:t>Special Warranty Deed</w:t>
      </w:r>
    </w:p>
    <w:p>
      <w:pPr>
        <w:keepNext w:val="0"/>
        <w:spacing w:before="200" w:after="0" w:line="260" w:lineRule="exact"/>
        <w:ind w:left="720" w:right="0" w:firstLine="0"/>
        <w:jc w:val="both"/>
      </w:pPr>
      <w:r>
        <w:rPr>
          <w:rFonts w:ascii="Times New Roman" w:hAnsi="Times New Roman" w:eastAsia="Times New Roman" w:cs="Times New Roman"/>
          <w:b/>
          <w:sz w:val="24"/>
        </w:rPr>
        <w:t>THIS SPECIAL WARRANTY DEED</w:t>
      </w:r>
      <w:r>
        <w:rPr>
          <w:rFonts w:ascii="Times New Roman" w:hAnsi="Times New Roman" w:eastAsia="Times New Roman" w:cs="Times New Roman"/>
          <w:b w:val="0"/>
          <w:sz w:val="24"/>
        </w:rPr>
        <w:t xml:space="preserve"> (“Deed”) made the [day of month] day of [month], in the year of our Lord [year]. BETWEEN:</w:t>
      </w:r>
    </w:p>
    <w:p>
      <w:pPr>
        <w:keepNext w:val="0"/>
        <w:spacing w:before="200" w:after="0" w:line="260" w:lineRule="exact"/>
        <w:ind w:left="720" w:right="0" w:firstLine="0"/>
        <w:jc w:val="both"/>
      </w:pPr>
      <w:r>
        <w:rPr>
          <w:rFonts w:ascii="Times New Roman" w:hAnsi="Times New Roman" w:eastAsia="Times New Roman" w:cs="Times New Roman"/>
          <w:b/>
          <w:sz w:val="24"/>
        </w:rPr>
        <w:t>BETWEEN:</w:t>
      </w:r>
    </w:p>
    <w:p>
      <w:pPr>
        <w:keepNext w:val="0"/>
        <w:spacing w:before="200" w:after="0" w:line="260" w:lineRule="exact"/>
        <w:ind w:left="720" w:right="0" w:firstLine="0"/>
        <w:jc w:val="both"/>
      </w:pPr>
      <w:r>
        <w:rPr>
          <w:rFonts w:ascii="Times New Roman" w:hAnsi="Times New Roman" w:eastAsia="Times New Roman" w:cs="Times New Roman"/>
          <w:b w:val="0"/>
          <w:sz w:val="24"/>
        </w:rPr>
        <w:t>[Grantor], of the City [city], County of [county] and Commonwealth of Pennsylvania, (“Grantor”)</w:t>
      </w:r>
    </w:p>
    <w:p>
      <w:pPr>
        <w:keepNext w:val="0"/>
        <w:spacing w:before="200" w:after="0" w:line="260" w:lineRule="exact"/>
        <w:ind w:left="720" w:right="0" w:firstLine="0"/>
        <w:jc w:val="both"/>
      </w:pPr>
      <w:r>
        <w:rPr>
          <w:rFonts w:ascii="Times New Roman" w:hAnsi="Times New Roman" w:eastAsia="Times New Roman" w:cs="Times New Roman"/>
          <w:b/>
          <w:sz w:val="24"/>
        </w:rPr>
        <w:t>- AND -</w:t>
      </w:r>
    </w:p>
    <w:p>
      <w:pPr>
        <w:keepNext w:val="0"/>
        <w:spacing w:before="200" w:after="0" w:line="260" w:lineRule="exact"/>
        <w:ind w:left="720" w:right="0" w:firstLine="0"/>
        <w:jc w:val="both"/>
      </w:pPr>
      <w:r>
        <w:rPr>
          <w:rFonts w:ascii="Times New Roman" w:hAnsi="Times New Roman" w:eastAsia="Times New Roman" w:cs="Times New Roman"/>
          <w:b w:val="0"/>
          <w:sz w:val="24"/>
        </w:rPr>
        <w:t>[Grantee], of the City of [city], County of [county] and Commonwealth of Pennsylvania, (“Grantee”)</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said Grantor for and in consideration of the sum of</w:t>
      </w:r>
    </w:p>
    <w:p>
      <w:pPr>
        <w:keepNext w:val="0"/>
        <w:spacing w:before="200" w:after="0" w:line="260" w:lineRule="exact"/>
        <w:ind w:left="720" w:right="0" w:firstLine="0"/>
        <w:jc w:val="center"/>
      </w:pPr>
      <w:r>
        <w:rPr>
          <w:rFonts w:ascii="Times New Roman" w:hAnsi="Times New Roman" w:eastAsia="Times New Roman" w:cs="Times New Roman"/>
          <w:b w:val="0"/>
          <w:sz w:val="24"/>
        </w:rPr>
        <w:t>[purchase price or nominal amount]</w:t>
      </w:r>
    </w:p>
    <w:p>
      <w:pPr>
        <w:keepNext w:val="0"/>
        <w:spacing w:before="200" w:after="0" w:line="260" w:lineRule="exact"/>
        <w:ind w:left="720" w:right="0" w:firstLine="0"/>
        <w:jc w:val="both"/>
      </w:pPr>
      <w:r>
        <w:rPr>
          <w:rFonts w:ascii="Times New Roman" w:hAnsi="Times New Roman" w:eastAsia="Times New Roman" w:cs="Times New Roman"/>
          <w:b w:val="0"/>
          <w:sz w:val="24"/>
        </w:rPr>
        <w:t>lawful money of the United States, unto it well and duly paid to them by the said Grantee, at or prior to sealing and delivery of this Deed, the receipt and payment whereof is hereby acknowledged, have granted, bargained, sold, released, and confirmed and by this Deed do grant, bargain, sell, release, and confirm unto the said Grantee, and to their heirs/successors and assigns, in fee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BEING ALL THAT CERTAIN PIECE OR PARCEL OF LAND AS MORE PARTICULARLY DESCRIBED IN THE LEGAL DESCRIPTION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Being the same premises conveyed by [party granting title to grantor in vesting deed(s)] to the Grantor herein by Deed dated [date of vesting deed] and recorded [recording date and county book and page number of vesting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all restrictions, rights-of-way, building lines, easements, leases and oil, coal and gas leases of record and to all easements and rights-of-way visible and discoverable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premises.</w:t>
      </w:r>
    </w:p>
    <w:p>
      <w:pPr>
        <w:keepNext w:val="0"/>
        <w:spacing w:before="200" w:after="0" w:line="260" w:lineRule="exact"/>
        <w:ind w:left="72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and singular the buildings, ways, streets, passages, waters, courses, rights, liberties, privileges, hereditaments, improvements, and appurtenances, whatsoever thereto belonging, and the reversions and remainders, rents, issues and profits thereof; and also, all of the estate and interest whatsoever of the said Grantor, in law or equity, of, in, to or out of the same;</w:t>
      </w:r>
    </w:p>
    <w:p>
      <w:pPr>
        <w:keepNext w:val="0"/>
        <w:spacing w:before="200" w:after="0" w:line="260" w:lineRule="exact"/>
        <w:ind w:left="72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same together with the premises hereby granted, or intended so to be, unto the said Grantee, its, heirs/ successors and assigns, to the use of the said Grantee, its, heirs/successors, and assigns, forever. And the said Grantor, its, heirs/successors, do/does hereby covenant and agree to and with the said Grantee its, heirs/successors, and assigns, that the said Grantor its, heirs/successors, and assigns all of the above, together with the above mentioned and described premises, unto the said Grantee, its, heirs/successors and assigns, against the said Grantor its, heirs/successors, and assigns, and against all and every other person or persons whomsoever lawfully claiming or to claim the same or any part thereof shall and will warrant </w:t>
      </w:r>
      <w:r>
        <w:rPr>
          <w:rFonts w:ascii="Times New Roman" w:hAnsi="Times New Roman" w:eastAsia="Times New Roman" w:cs="Times New Roman"/>
          <w:b/>
          <w:sz w:val="24"/>
        </w:rPr>
        <w:t>specially</w:t>
      </w:r>
      <w:r>
        <w:rPr>
          <w:rFonts w:ascii="Times New Roman" w:hAnsi="Times New Roman" w:eastAsia="Times New Roman" w:cs="Times New Roman"/>
          <w:b w:val="0"/>
          <w:sz w:val="24"/>
        </w:rPr>
        <w:t xml:space="preserve"> and forever defend by these premises, or any part thereof.</w:t>
      </w: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said Grantor have/has hereunto set its/their hands and seals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[grantor and type and state of formation of the grantor entity]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title of officer or authorized signatory of the grantor signing the deed.]</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the [day] day of [month], [year], before me [officer], the undersigned officer, personally appeared [officer executing deed], who acknowledged himself to be the [title of executing officer]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that he as such [title of executing officer], being authorized to do so, executed the foregoing instrument for the purposes therein contained by signing the name of the corporation by himself as [title of executing officer].</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from the grantor's vesting deed and/or the title commitment, including street address, UPI or other property identifier or block and lot and recital of the grantor's source of title to the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