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THIS WARRANTY DEED</w:t>
      </w:r>
      <w:r>
        <w:rPr>
          <w:rFonts w:ascii="Times New Roman" w:hAnsi="Times New Roman" w:eastAsia="Times New Roman" w:cs="Times New Roman"/>
          <w:b w:val="0"/>
          <w:sz w:val="24"/>
        </w:rPr>
        <w:t xml:space="preserve"> made the [date] day of [month], in the year of our Lord [year].</w:t>
      </w:r>
    </w:p>
    <w:p>
      <w:pPr>
        <w:keepNext w:val="0"/>
        <w:spacing w:before="200" w:after="0" w:line="260" w:lineRule="exact"/>
        <w:ind w:left="360" w:right="0" w:firstLine="0"/>
        <w:jc w:val="both"/>
      </w:pPr>
      <w:r>
        <w:rPr>
          <w:rFonts w:ascii="Times New Roman" w:hAnsi="Times New Roman" w:eastAsia="Times New Roman" w:cs="Times New Roman"/>
          <w:b/>
          <w:sz w:val="24"/>
        </w:rPr>
        <w:t>BETWEEN:</w:t>
      </w:r>
    </w:p>
    <w:p>
      <w:pPr>
        <w:keepNext w:val="0"/>
        <w:spacing w:before="200" w:after="0" w:line="260" w:lineRule="exact"/>
        <w:ind w:left="720" w:right="0" w:firstLine="0"/>
        <w:jc w:val="both"/>
      </w:pPr>
      <w:r>
        <w:rPr>
          <w:rFonts w:ascii="Times New Roman" w:hAnsi="Times New Roman" w:eastAsia="Times New Roman" w:cs="Times New Roman"/>
          <w:b w:val="0"/>
          <w:sz w:val="24"/>
        </w:rPr>
        <w:t>[Seller], of the City [city], County of [county] and Commonwealth of Pennsylvania, Party of the First Part, Grantor</w:t>
      </w:r>
    </w:p>
    <w:p>
      <w:pPr>
        <w:keepNext w:val="0"/>
        <w:spacing w:before="200" w:after="0" w:line="260" w:lineRule="exact"/>
        <w:ind w:left="720" w:right="0" w:firstLine="0"/>
        <w:jc w:val="center"/>
      </w:pPr>
      <w:r>
        <w:rPr>
          <w:rFonts w:ascii="Times New Roman" w:hAnsi="Times New Roman" w:eastAsia="Times New Roman" w:cs="Times New Roman"/>
          <w:b/>
          <w:sz w:val="24"/>
        </w:rPr>
        <w:t>- AND -</w:t>
      </w:r>
    </w:p>
    <w:p>
      <w:pPr>
        <w:keepNext w:val="0"/>
        <w:spacing w:before="200" w:after="0" w:line="260" w:lineRule="exact"/>
        <w:ind w:left="720" w:right="0" w:firstLine="0"/>
        <w:jc w:val="both"/>
      </w:pPr>
      <w:r>
        <w:rPr>
          <w:rFonts w:ascii="Times New Roman" w:hAnsi="Times New Roman" w:eastAsia="Times New Roman" w:cs="Times New Roman"/>
          <w:b w:val="0"/>
          <w:sz w:val="24"/>
        </w:rPr>
        <w:t>[Purchaser], of the City of [city], County of [county] and Commonwealth of Pennsylvania, as [type tenancy], Parties of the Second Part, Grantee</w:t>
      </w:r>
    </w:p>
    <w:p>
      <w:pPr>
        <w:keepNext w:val="0"/>
        <w:spacing w:before="200" w:after="0" w:line="260" w:lineRule="exact"/>
        <w:ind w:left="36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said Party of the First Part for and in consideration of the sum of</w:t>
      </w:r>
    </w:p>
    <w:p>
      <w:pPr>
        <w:keepNext w:val="0"/>
        <w:spacing w:before="200" w:after="0" w:line="260" w:lineRule="exact"/>
        <w:ind w:left="720" w:right="0" w:firstLine="0"/>
        <w:jc w:val="center"/>
      </w:pPr>
      <w:r>
        <w:rPr>
          <w:rFonts w:ascii="Times New Roman" w:hAnsi="Times New Roman" w:eastAsia="Times New Roman" w:cs="Times New Roman"/>
          <w:b w:val="0"/>
          <w:sz w:val="24"/>
        </w:rPr>
        <w:t>[purchase price in words (purchase price in numbers)]</w:t>
      </w:r>
    </w:p>
    <w:p>
      <w:pPr>
        <w:keepNext w:val="0"/>
        <w:spacing w:before="200" w:after="0" w:line="260" w:lineRule="exact"/>
        <w:ind w:left="360" w:right="0" w:firstLine="0"/>
        <w:jc w:val="both"/>
      </w:pPr>
      <w:r>
        <w:rPr>
          <w:rFonts w:ascii="Times New Roman" w:hAnsi="Times New Roman" w:eastAsia="Times New Roman" w:cs="Times New Roman"/>
          <w:b w:val="0"/>
          <w:sz w:val="24"/>
        </w:rPr>
        <w:t>lawful money of the United States to them in hand paid by the said Parties of the Second Part, prior to delivery of this Deed, the receipt and payment whereof is hereby acknowledged, have granted, bargained, sold, released, and confirmed and by this Deed do grant, bargain, sell, release, and confirm unto the said Parties of the Second Part, and to their heirs/successors and assigns</w:t>
      </w:r>
    </w:p>
    <w:p>
      <w:pPr>
        <w:keepNext w:val="0"/>
        <w:spacing w:before="200" w:after="0" w:line="260" w:lineRule="exact"/>
        <w:ind w:left="720" w:right="0" w:firstLine="0"/>
        <w:jc w:val="center"/>
      </w:pPr>
      <w:r>
        <w:rPr>
          <w:rFonts w:ascii="Times New Roman" w:hAnsi="Times New Roman" w:eastAsia="Times New Roman" w:cs="Times New Roman"/>
          <w:b w:val="0"/>
          <w:sz w:val="24"/>
        </w:rPr>
        <w:t>ALL THAT CERTAIN PIECE OR PARCEL OF LAND SITUATE [legal description]</w:t>
      </w:r>
    </w:p>
    <w:p>
      <w:pPr>
        <w:keepNext w:val="0"/>
        <w:spacing w:before="200" w:after="0" w:line="260" w:lineRule="exact"/>
        <w:ind w:left="360" w:right="0" w:firstLine="0"/>
        <w:jc w:val="both"/>
      </w:pPr>
      <w:r>
        <w:rPr>
          <w:rFonts w:ascii="Times New Roman" w:hAnsi="Times New Roman" w:eastAsia="Times New Roman" w:cs="Times New Roman"/>
          <w:b w:val="0"/>
          <w:sz w:val="24"/>
        </w:rPr>
        <w:t>Being the same premises conveyed to the Grantor herein by Deed dated [date of vesting deed] and recorded [recording date and county deed book and page number].</w:t>
      </w:r>
    </w:p>
    <w:p>
      <w:pPr>
        <w:keepNext w:val="0"/>
        <w:spacing w:before="200" w:after="0" w:line="260" w:lineRule="exact"/>
        <w:ind w:left="360" w:right="0" w:firstLine="0"/>
        <w:jc w:val="both"/>
      </w:pPr>
      <w:r>
        <w:rPr>
          <w:rFonts w:ascii="Times New Roman" w:hAnsi="Times New Roman" w:eastAsia="Times New Roman" w:cs="Times New Roman"/>
          <w:b w:val="0"/>
          <w:sz w:val="24"/>
        </w:rPr>
        <w:t>In accordance with Section 405 of Act 97 of 1980, House Bill 1840, the Grantors herein states that to their actual knowledge no solid waste, including hazardous waste, has ever been disposed on said property and is not presently being disposed.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Subject to all restrictions, rights-of-way, building lines, leases, and oil and gas leases of record and to all easements and rights-of-way visible and discoverable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of the premises.</w:t>
      </w:r>
    </w:p>
    <w:p>
      <w:pPr>
        <w:keepNext w:val="0"/>
        <w:spacing w:before="200" w:after="0" w:line="260" w:lineRule="exact"/>
        <w:ind w:left="36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and singular the rights, liberties, privileges, hereditaments, improvements, and appurtenance, whatsoever thereto belonging, and the reversions and remainders, rents, issues, and profits thereof; and also, all of the estate and interest whatsoever of the said Party of the First Part, in law or equity, of, in, to, or out of the same. </w:t>
      </w:r>
    </w:p>
    <w:p>
      <w:pPr>
        <w:keepNext w:val="0"/>
        <w:spacing w:before="200" w:after="0" w:line="260" w:lineRule="exact"/>
        <w:ind w:left="360" w:right="0" w:firstLine="0"/>
        <w:jc w:val="both"/>
      </w:pP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same together with the premises hereby granted, or intended so to be, unto the said Parties of the Second Part, his, her, their, its, heirs/ successors and assigns, to the use of the said Parties of the Second Part, his, her, their, its, heirs/successors, and assigns, forever. And the said Party of the First Part, his, her, their, its, heirs/successors, executors, and administrators, do/does hereby covenant and agree to and with the said Parties of the Second Part, his, her, their, its, heirs/successors, and assigns, that the said Party of the First Part, his, her, their, its, heirs/successors, and assigns all of the above, together with the above mentioned and described premises, unto the said Parties of the Second Part, his, her, their, its, heirs/successors and assigns, against the said Parties of the First Part, and his, her, their, its, heirs/successors, and assigns, and against all and every other person or persons whomsoever lawfully claiming or to claim the same or any part thereof shall and will </w:t>
      </w:r>
      <w:r>
        <w:rPr>
          <w:rFonts w:ascii="Times New Roman" w:hAnsi="Times New Roman" w:eastAsia="Times New Roman" w:cs="Times New Roman"/>
          <w:b/>
          <w:sz w:val="24"/>
        </w:rPr>
        <w:t>specially warrant</w:t>
      </w:r>
      <w:r>
        <w:rPr>
          <w:rFonts w:ascii="Times New Roman" w:hAnsi="Times New Roman" w:eastAsia="Times New Roman" w:cs="Times New Roman"/>
          <w:b w:val="0"/>
          <w:sz w:val="24"/>
        </w:rPr>
        <w:t xml:space="preserve"> defend by these premises, or any part thereof.</w:t>
      </w: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said Party of the First Part have hereunto set their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200" w:after="0" w:line="260" w:lineRule="exact"/>
        <w:ind w:left="360" w:right="0" w:firstLine="0"/>
        <w:jc w:val="center"/>
      </w:pPr>
      <w:r>
        <w:rPr>
          <w:rFonts w:ascii="Times New Roman" w:hAnsi="Times New Roman" w:eastAsia="Times New Roman" w:cs="Times New Roman"/>
          <w:b/>
          <w:sz w:val="24"/>
        </w:rPr>
        <w:t>ACKNOWLEDGMENT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On this [date] day of [month], [year],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and State, personally appeared [grantor], known to me (or satisfactorily proven) to be the person whose name is subscribed to the within document and acknowledge that they executed the same for the purposes therein contained.</w:t>
      </w:r>
    </w:p>
    <w:p>
      <w:pPr>
        <w:keepNext w:val="0"/>
        <w:spacing w:before="120" w:after="0" w:line="260" w:lineRule="exact"/>
        <w:ind w:left="720" w:right="0" w:firstLine="240"/>
        <w:jc w:val="left"/>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I, [buyer’s attorney], hereby certify that the residence of the within named Grantee is: [address where buyer wishes to receive tax bills]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[buyer’s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