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Spin-off Announcement on Form 8-K</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UNITED STATES</w:t>
      </w:r>
    </w:p>
    <w:p>
      <w:pPr>
        <w:keepNext w:val="0"/>
        <w:spacing w:before="200" w:after="0" w:line="260" w:lineRule="exact"/>
        <w:ind w:left="360" w:right="0" w:firstLine="0"/>
        <w:jc w:val="center"/>
      </w:pPr>
      <w:r>
        <w:rPr>
          <w:rFonts w:ascii="Times New Roman" w:hAnsi="Times New Roman" w:eastAsia="Times New Roman" w:cs="Times New Roman"/>
          <w:b/>
          <w:sz w:val="24"/>
        </w:rPr>
        <w:t>SECURITIES AND EXCHANGE COMMISSION</w:t>
      </w:r>
    </w:p>
    <w:p>
      <w:pPr>
        <w:keepNext w:val="0"/>
        <w:spacing w:before="200" w:after="0" w:line="260" w:lineRule="exact"/>
        <w:ind w:left="360" w:right="0" w:firstLine="0"/>
        <w:jc w:val="center"/>
      </w:pPr>
      <w:r>
        <w:rPr>
          <w:rFonts w:ascii="Times New Roman" w:hAnsi="Times New Roman" w:eastAsia="Times New Roman" w:cs="Times New Roman"/>
          <w:b/>
          <w:sz w:val="24"/>
        </w:rPr>
        <w:t>Washington, D.C. 20549</w:t>
      </w:r>
    </w:p>
    <w:p>
      <w:pPr>
        <w:keepNext w:val="0"/>
        <w:spacing w:before="200" w:after="0" w:line="260" w:lineRule="exact"/>
        <w:ind w:left="360" w:right="0" w:firstLine="0"/>
        <w:jc w:val="center"/>
      </w:pPr>
      <w:r>
        <w:rPr>
          <w:rFonts w:ascii="Times New Roman" w:hAnsi="Times New Roman" w:eastAsia="Times New Roman" w:cs="Times New Roman"/>
          <w:b/>
          <w:sz w:val="24"/>
        </w:rPr>
        <w:t>FORM 8-K</w:t>
      </w:r>
    </w:p>
    <w:p>
      <w:pPr>
        <w:keepNext w:val="0"/>
        <w:spacing w:before="200" w:after="0" w:line="260" w:lineRule="exact"/>
        <w:ind w:left="360" w:right="0" w:firstLine="0"/>
        <w:jc w:val="center"/>
      </w:pPr>
      <w:r>
        <w:rPr>
          <w:rFonts w:ascii="Times New Roman" w:hAnsi="Times New Roman" w:eastAsia="Times New Roman" w:cs="Times New Roman"/>
          <w:b/>
          <w:sz w:val="24"/>
        </w:rPr>
        <w:t>CURRENT REPORT</w:t>
      </w:r>
    </w:p>
    <w:p>
      <w:pPr>
        <w:keepNext w:val="0"/>
        <w:spacing w:before="200" w:after="0" w:line="260" w:lineRule="exact"/>
        <w:ind w:left="360" w:right="0" w:firstLine="0"/>
        <w:jc w:val="center"/>
      </w:pPr>
      <w:r>
        <w:rPr>
          <w:rFonts w:ascii="Times New Roman" w:hAnsi="Times New Roman" w:eastAsia="Times New Roman" w:cs="Times New Roman"/>
          <w:b/>
          <w:sz w:val="24"/>
        </w:rPr>
        <w:t>Pursuant to Section 13 or 15(d) of the Securities Exchange Act of 1934</w:t>
      </w:r>
    </w:p>
    <w:p>
      <w:pPr>
        <w:keepNext w:val="0"/>
        <w:spacing w:before="200" w:after="0" w:line="260" w:lineRule="exact"/>
        <w:ind w:left="360" w:right="0" w:firstLine="0"/>
        <w:jc w:val="center"/>
      </w:pPr>
      <w:r>
        <w:rPr>
          <w:rFonts w:ascii="Times New Roman" w:hAnsi="Times New Roman" w:eastAsia="Times New Roman" w:cs="Times New Roman"/>
          <w:b/>
          <w:sz w:val="24"/>
        </w:rPr>
        <w:t>Date of Report (Date of earliest event reported):</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center"/>
      </w:pPr>
      <w:r>
        <w:rPr>
          <w:rFonts w:ascii="Times New Roman" w:hAnsi="Times New Roman" w:eastAsia="Times New Roman" w:cs="Times New Roman"/>
          <w:b/>
          <w:sz w:val="24"/>
        </w:rPr>
        <w:t>[COMPANY NAME]</w:t>
      </w:r>
    </w:p>
    <w:p>
      <w:pPr>
        <w:keepNext w:val="0"/>
        <w:spacing w:before="200" w:after="0" w:line="260" w:lineRule="exact"/>
        <w:ind w:left="360" w:right="0" w:firstLine="0"/>
        <w:jc w:val="center"/>
      </w:pPr>
      <w:r>
        <w:rPr>
          <w:rFonts w:ascii="Times New Roman" w:hAnsi="Times New Roman" w:eastAsia="Times New Roman" w:cs="Times New Roman"/>
          <w:b w:val="0"/>
          <w:sz w:val="24"/>
        </w:rPr>
        <w:t>(Exact name of registrant as specified in its charter)</w:t>
      </w:r>
    </w:p>
    <w:p>
      <w:pPr>
        <w:keepNext w:val="0"/>
        <w:spacing w:before="200" w:after="0" w:line="260" w:lineRule="exact"/>
        <w:ind w:left="360" w:right="0" w:firstLine="0"/>
        <w:jc w:val="center"/>
      </w:pPr>
      <w:r>
        <w:rPr>
          <w:rFonts w:ascii="Times New Roman" w:hAnsi="Times New Roman" w:eastAsia="Times New Roman" w:cs="Times New Roman"/>
          <w:b w:val="0"/>
          <w:sz w:val="24"/>
        </w:rPr>
        <w:t>Registrant's telephone number, including area code: ____________________</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__________________________________________________________________</w:t>
      </w:r>
    </w:p>
    <w:p>
      <w:pPr>
        <w:keepNext w:val="0"/>
        <w:spacing w:before="200" w:after="0" w:line="260" w:lineRule="exact"/>
        <w:ind w:left="360" w:right="0" w:firstLine="0"/>
        <w:jc w:val="center"/>
      </w:pPr>
      <w:r>
        <w:rPr>
          <w:rFonts w:ascii="Times New Roman" w:hAnsi="Times New Roman" w:eastAsia="Times New Roman" w:cs="Times New Roman"/>
          <w:b w:val="0"/>
          <w:sz w:val="24"/>
        </w:rPr>
        <w:t>(Former name or former address, if changed since the last report.)</w:t>
      </w:r>
    </w:p>
    <w:p>
      <w:pPr>
        <w:keepNext w:val="0"/>
        <w:spacing w:before="200" w:after="0" w:line="260" w:lineRule="exact"/>
        <w:ind w:left="360" w:right="0" w:firstLine="0"/>
        <w:jc w:val="both"/>
      </w:pPr>
      <w:r>
        <w:rPr>
          <w:rFonts w:ascii="Times New Roman" w:hAnsi="Times New Roman" w:eastAsia="Times New Roman" w:cs="Times New Roman"/>
          <w:b w:val="0"/>
          <w:sz w:val="24"/>
        </w:rPr>
        <w:t>Check the appropriate box below if the Form 8-K filing is intended to simultaneously satisfy the filing obligation of the registrant under any of the following provisions:</w:t>
      </w:r>
    </w:p>
    <w:p>
      <w:pPr>
        <w:keepNext w:val="0"/>
        <w:spacing w:before="200" w:after="0" w:line="260" w:lineRule="exact"/>
        <w:ind w:left="360" w:right="0" w:firstLine="0"/>
        <w:jc w:val="both"/>
      </w:pPr>
      <w:r>
        <w:rPr>
          <w:rFonts w:ascii="Times New Roman" w:hAnsi="Times New Roman" w:eastAsia="Times New Roman" w:cs="Times New Roman"/>
          <w:b w:val="0"/>
          <w:sz w:val="24"/>
        </w:rPr>
        <w:t>[ ] Written communications pursuant to Rule 425 under the Securities Act (17 C.F.R. § 230.425)</w:t>
      </w:r>
    </w:p>
    <w:p>
      <w:pPr>
        <w:keepNext w:val="0"/>
        <w:spacing w:before="200" w:after="0" w:line="260" w:lineRule="exact"/>
        <w:ind w:left="360" w:right="0" w:firstLine="0"/>
        <w:jc w:val="both"/>
      </w:pPr>
      <w:r>
        <w:rPr>
          <w:rFonts w:ascii="Times New Roman" w:hAnsi="Times New Roman" w:eastAsia="Times New Roman" w:cs="Times New Roman"/>
          <w:b w:val="0"/>
          <w:sz w:val="24"/>
        </w:rPr>
        <w:t>[ ] Soliciting material pursuant to Rule 14a-12 under the Exchange Act (17 C.F.R. § 240.14a-12)</w:t>
      </w:r>
    </w:p>
    <w:p>
      <w:pPr>
        <w:keepNext w:val="0"/>
        <w:spacing w:before="200" w:after="0" w:line="260" w:lineRule="exact"/>
        <w:ind w:left="360" w:right="0" w:firstLine="0"/>
        <w:jc w:val="both"/>
      </w:pPr>
      <w:r>
        <w:rPr>
          <w:rFonts w:ascii="Times New Roman" w:hAnsi="Times New Roman" w:eastAsia="Times New Roman" w:cs="Times New Roman"/>
          <w:b w:val="0"/>
          <w:sz w:val="24"/>
        </w:rPr>
        <w:t>[ ] Pre-commencement communications pursuant to Rule 14d-2(b) under the Exchange Act (17 C.F.R. § 240.14d-2(b))</w:t>
      </w:r>
    </w:p>
    <w:p>
      <w:pPr>
        <w:keepNext w:val="0"/>
        <w:spacing w:before="200" w:after="0" w:line="260" w:lineRule="exact"/>
        <w:ind w:left="360" w:right="0" w:firstLine="0"/>
        <w:jc w:val="both"/>
      </w:pPr>
      <w:r>
        <w:rPr>
          <w:rFonts w:ascii="Times New Roman" w:hAnsi="Times New Roman" w:eastAsia="Times New Roman" w:cs="Times New Roman"/>
          <w:b w:val="0"/>
          <w:sz w:val="24"/>
        </w:rPr>
        <w:t>[ ] Pre-commencement communications pursuant to Rule 13e-4 (c) under the Exchange Act (17 C.F.R. § 240.13e-4(c))</w:t>
      </w:r>
    </w:p>
    <w:p>
      <w:pPr>
        <w:keepNext w:val="0"/>
        <w:spacing w:before="200" w:after="0" w:line="260" w:lineRule="exact"/>
        <w:ind w:left="360" w:right="0" w:firstLine="0"/>
        <w:jc w:val="both"/>
      </w:pPr>
      <w:r>
        <w:rPr>
          <w:rFonts w:ascii="Times New Roman" w:hAnsi="Times New Roman" w:eastAsia="Times New Roman" w:cs="Times New Roman"/>
          <w:b w:val="0"/>
          <w:sz w:val="24"/>
        </w:rPr>
        <w:t>Securities registered or to be registered pursuant to Section 12(b) of the Securities Exchange Act of 1934: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Indicate by check mark whether the registrant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emerging growth company as defined in Rule 405 of the Securities Act of 1933 (§ 230.405 of this chapter) or Rule 12b-2 of the Securities Exchange Act of 1934 (§ 240.12b-2 of this chapter). □</w:t>
      </w:r>
    </w:p>
    <w:p>
      <w:pPr>
        <w:keepNext w:val="0"/>
        <w:spacing w:before="200" w:after="0" w:line="260" w:lineRule="exact"/>
        <w:ind w:left="360" w:right="0" w:firstLine="0"/>
        <w:jc w:val="right"/>
      </w:pPr>
      <w:r>
        <w:rPr>
          <w:rFonts w:ascii="Times New Roman" w:hAnsi="Times New Roman" w:eastAsia="Times New Roman" w:cs="Times New Roman"/>
          <w:b w:val="0"/>
          <w:sz w:val="24"/>
        </w:rPr>
        <w:t>Emerging growth company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emerging growth company, indicate by check mark if the registrant has elected not to use the extended transition period for complying with any new or revised financial accounting standards provided pursuant to Section 13(</w:t>
      </w:r>
      <w:r>
        <w:rPr>
          <w:rFonts w:ascii="Times New Roman" w:hAnsi="Times New Roman" w:eastAsia="Times New Roman" w:cs="Times New Roman"/>
          <w:b/>
          <w:sz w:val="24"/>
        </w:rPr>
        <w:t>a</w:t>
      </w:r>
      <w:r>
        <w:rPr>
          <w:rFonts w:ascii="Times New Roman" w:hAnsi="Times New Roman" w:eastAsia="Times New Roman" w:cs="Times New Roman"/>
          <w:b w:val="0"/>
          <w:sz w:val="24"/>
        </w:rPr>
        <w:t>) of the Exchange Act. □</w:t>
      </w:r>
    </w:p>
    <w:p>
      <w:pPr>
        <w:keepNext w:val="0"/>
        <w:spacing w:before="120" w:after="0" w:line="260" w:lineRule="exact"/>
        <w:ind w:left="360" w:right="0" w:firstLine="0"/>
        <w:jc w:val="left"/>
      </w:pPr>
      <w:r>
        <w:rPr>
          <w:rFonts w:ascii="Times New Roman" w:hAnsi="Times New Roman" w:eastAsia="Times New Roman" w:cs="Times New Roman"/>
          <w:b/>
          <w:sz w:val="24"/>
        </w:rPr>
        <w:t>Item 7.01 Regulation FD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[DATE], [NAME OF PARENT COMPANY] (the "Company") announced that its Board of Directors (the "Board")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to enhance shareholder value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tax-free spin-off of its [DESCRIPTION OF BUSINESS OR SEGMENT BEING SPUN OFF] (the "Spin-Off"). The Spin-Off will result in two standalone publicly-traded companies: [NAME OF PARENT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PARENT COMPANY]; and [NAME OF SPIN-OFF SUBSIDIARY],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SPIN-OFF SUBSIDIARY]. The Board expects the Spin-Off, which is intended to be tax-free to the Company's shareholders, to be completed in approximately [eight to twelve months].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Execution of the transaction requires further work on structure, management, governance, and other significant matters. The completion of the Spin-Off is subject to certain customary conditions, including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opinion as to the tax-free nature of the Spin-Off, regulatory approvals, and certain other matters. The Company can make no assurance that any spin-off transaction will ultimately occur, or, if one does occur, its terms or timing.</w:t>
      </w:r>
    </w:p>
    <w:p>
      <w:pPr>
        <w:keepNext w:val="0"/>
        <w:spacing w:before="200" w:after="0" w:line="260" w:lineRule="exact"/>
        <w:ind w:left="720" w:right="0" w:firstLine="0"/>
        <w:jc w:val="both"/>
      </w:pPr>
      <w:r>
        <w:rPr>
          <w:rFonts w:ascii="Times New Roman" w:hAnsi="Times New Roman" w:eastAsia="Times New Roman" w:cs="Times New Roman"/>
          <w:b w:val="0"/>
          <w:sz w:val="24"/>
        </w:rPr>
        <w:t>The press release announcing the planned Spin-Off is attached as Exhibit 99.1 and is incorporated herein by reference.</w:t>
      </w:r>
    </w:p>
    <w:p>
      <w:pPr>
        <w:keepNext w:val="0"/>
        <w:spacing w:before="200" w:after="0" w:line="260" w:lineRule="exact"/>
        <w:ind w:left="720" w:right="0" w:firstLine="0"/>
        <w:jc w:val="both"/>
      </w:pPr>
      <w:r>
        <w:rPr>
          <w:rFonts w:ascii="Times New Roman" w:hAnsi="Times New Roman" w:eastAsia="Times New Roman" w:cs="Times New Roman"/>
          <w:b w:val="0"/>
          <w:sz w:val="24"/>
        </w:rPr>
        <w:t>The information contained in, or incorporated into, this Item 7.01, including Exhibit 99.1 attached hereto, is being furnished and shall not be deemed "filed" for purposes of Section 18 of the Securities Exchange Act of 1934, nor shall it be deemed incorporated by reference in any filing under the Securities Act of 1933, except as shall be expressly set forth by specific reference in such filing.</w:t>
      </w:r>
    </w:p>
    <w:p>
      <w:pPr>
        <w:keepNext w:val="0"/>
        <w:spacing w:before="120" w:after="0" w:line="260" w:lineRule="exact"/>
        <w:ind w:left="360" w:right="0" w:firstLine="0"/>
        <w:jc w:val="left"/>
      </w:pPr>
      <w:r>
        <w:rPr>
          <w:rFonts w:ascii="Times New Roman" w:hAnsi="Times New Roman" w:eastAsia="Times New Roman" w:cs="Times New Roman"/>
          <w:b/>
          <w:sz w:val="24"/>
        </w:rPr>
        <w:t>Item 8.01 Other Events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information is furnished pursuant to Item 8.01 of Form 8-K.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[DATE], the Company issued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announcing it plans to spin off its [SPINCO BUSINESS] business via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tax-free distribution to the Company's shareholders. The Spin-Off is part of the Company's strategic plan to streamline its portfolio and drive growth and value creation for its shareholders.</w:t>
      </w:r>
    </w:p>
    <w:p>
      <w:pPr>
        <w:keepNext w:val="0"/>
        <w:spacing w:before="200" w:after="0" w:line="260" w:lineRule="exact"/>
        <w:ind w:left="720" w:right="0" w:firstLine="0"/>
        <w:jc w:val="both"/>
      </w:pPr>
      <w:r>
        <w:rPr>
          <w:rFonts w:ascii="Times New Roman" w:hAnsi="Times New Roman" w:eastAsia="Times New Roman" w:cs="Times New Roman"/>
          <w:b w:val="0"/>
          <w:sz w:val="24"/>
        </w:rPr>
        <w:t>The full text of this press release is furnished with the Current Report on Form 8-K as Exhibit 99.1 and is incorporated herein by reference.</w:t>
      </w:r>
    </w:p>
    <w:p>
      <w:pPr>
        <w:keepNext w:val="0"/>
        <w:spacing w:before="120" w:after="0" w:line="260" w:lineRule="exact"/>
        <w:ind w:left="360" w:right="0" w:firstLine="0"/>
        <w:jc w:val="left"/>
      </w:pPr>
      <w:r>
        <w:rPr>
          <w:rFonts w:ascii="Times New Roman" w:hAnsi="Times New Roman" w:eastAsia="Times New Roman" w:cs="Times New Roman"/>
          <w:b/>
          <w:sz w:val="24"/>
        </w:rPr>
        <w:t>Forward-Looking and Cautionary Statements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Statements in this press release that are not strictly historical may be "forward-looking" statements, which involve risks and uncertainties, and the Company undertakes no obligation to update any such statements to reflect later developments. These risks and uncertainties include our ability to complete the potential transactions referenced herein, as well as economic and currency conditions, market demand, pricing, protection of intellectual property, and competitive and technological factors, among others, as set forth in the Company's most recent Annual Report on Form 10-K and subsequent reports filed with the SEC.</w:t>
      </w:r>
    </w:p>
    <w:p>
      <w:pPr>
        <w:keepNext w:val="0"/>
        <w:spacing w:before="120" w:after="0" w:line="260" w:lineRule="exact"/>
        <w:ind w:left="360" w:right="0" w:firstLine="0"/>
        <w:jc w:val="left"/>
      </w:pPr>
      <w:r>
        <w:rPr>
          <w:rFonts w:ascii="Times New Roman" w:hAnsi="Times New Roman" w:eastAsia="Times New Roman" w:cs="Times New Roman"/>
          <w:b/>
          <w:sz w:val="24"/>
        </w:rPr>
        <w:t>Item 9.01 Financial Statements and Exhibits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(d) Exhibits</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exhibit is filed as part of this report:</w:t>
      </w:r>
    </w:p>
    <w:p>
      <w:pPr>
        <w:keepNext w:val="0"/>
        <w:spacing w:before="120" w:after="0" w:line="260" w:lineRule="exact"/>
        <w:ind w:left="360" w:right="0" w:firstLine="0"/>
        <w:jc w:val="left"/>
      </w:pPr>
      <w:r>
        <w:rPr>
          <w:rFonts w:ascii="Times New Roman" w:hAnsi="Times New Roman" w:eastAsia="Times New Roman" w:cs="Times New Roman"/>
          <w:b/>
          <w:sz w:val="24"/>
        </w:rPr>
        <w:t>Signatures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the requirements of the Securities Exchange Act of 1934, the Registrant has duly caused this report to be signed on its behalf by the undersigned thereunto duly authorized.</w:t>
      </w:r>
    </w:p>
    <w:p>
      <w:pPr>
        <w:keepNext w:val="0"/>
        <w:spacing w:before="120" w:after="0" w:line="260" w:lineRule="exact"/>
        <w:ind w:left="720" w:right="0" w:firstLine="0"/>
        <w:jc w:val="left"/>
      </w:pPr>
      <w:r>
        <w:rPr>
          <w:rFonts w:ascii="Times New Roman" w:hAnsi="Times New Roman" w:eastAsia="Times New Roman" w:cs="Times New Roman"/>
          <w:b w:val="0"/>
          <w:sz w:val="24"/>
        </w:rPr>
        <w:t>[COMPANY]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