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DESIGNATION OF STANDBY GUARDIAN</w:t>
      </w:r>
    </w:p>
    <w:p>
      <w:pPr>
        <w:keepNext w:val="0"/>
        <w:spacing w:before="200" w:after="0" w:line="260" w:lineRule="exact"/>
        <w:ind w:left="720" w:right="0" w:firstLine="0"/>
        <w:jc w:val="both"/>
      </w:pPr>
      <w:r>
        <w:rPr>
          <w:rFonts w:ascii="Times New Roman" w:hAnsi="Times New Roman" w:eastAsia="Times New Roman" w:cs="Times New Roman"/>
          <w:b w:val="0"/>
          <w:sz w:val="24"/>
        </w:rPr>
        <w:t>I, [name of designating parent], hereby designate [name, home address, and telephone number of standby guardian] as standby guardian of the person and property of my [child/children], [name of child(ren)].</w:t>
      </w:r>
    </w:p>
    <w:p>
      <w:pPr>
        <w:keepNext w:val="0"/>
        <w:spacing w:before="200" w:after="0" w:line="260" w:lineRule="exact"/>
        <w:ind w:left="720" w:right="0" w:firstLine="0"/>
        <w:jc w:val="both"/>
      </w:pPr>
      <w:r>
        <w:rPr>
          <w:rFonts w:ascii="Times New Roman" w:hAnsi="Times New Roman" w:eastAsia="Times New Roman" w:cs="Times New Roman"/>
          <w:b w:val="0"/>
          <w:sz w:val="24"/>
        </w:rPr>
        <w:t>(You may, if you wish, provide that the standby guardian's authority shall extend only to the person, or only to the property, of your child, by crossing out "person" or "property", whichever is inapplicable, above.)</w:t>
      </w:r>
    </w:p>
    <w:p>
      <w:pPr>
        <w:keepNext w:val="0"/>
        <w:spacing w:before="200" w:after="0" w:line="260" w:lineRule="exact"/>
        <w:ind w:left="720" w:right="0" w:firstLine="0"/>
        <w:jc w:val="both"/>
      </w:pPr>
      <w:r>
        <w:rPr>
          <w:rFonts w:ascii="Times New Roman" w:hAnsi="Times New Roman" w:eastAsia="Times New Roman" w:cs="Times New Roman"/>
          <w:b w:val="0"/>
          <w:sz w:val="24"/>
        </w:rPr>
        <w:t>The standby guardian's authority shall take effect if and when: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doctor concludes I am mentally incapacitated, and thus unable to care for my [child/children];</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doctor concludes that I am physically debilitated, and thus unable to care for my [child/children] and I consent in writing, before two witnesses, to the standby guardian's authority taking effect; or</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am subject to an adverse immigration action, and I am thus unable to care for my [child/children] and I consent in writing, before two witnesses, to the standby guardian's authority taking effect.</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that the person designated above is unable or unwilling to act as standby guardian to my [child/children], I hereby appoint [name of alternate standby guardian], residing at [address of alternate standby guardian], as alternate designated standby guardian of my [child/children].</w:t>
      </w:r>
    </w:p>
    <w:p>
      <w:pPr>
        <w:keepNext w:val="0"/>
        <w:spacing w:before="200" w:after="0" w:line="260" w:lineRule="exact"/>
        <w:ind w:left="720" w:right="0" w:firstLine="0"/>
        <w:jc w:val="both"/>
      </w:pPr>
      <w:r>
        <w:rPr>
          <w:rFonts w:ascii="Times New Roman" w:hAnsi="Times New Roman" w:eastAsia="Times New Roman" w:cs="Times New Roman"/>
          <w:b w:val="0"/>
          <w:sz w:val="24"/>
        </w:rPr>
        <w:t>I grant the standby guardian of the person the authority to (check all that apply):</w:t>
      </w:r>
    </w:p>
    <w:p>
      <w:pPr>
        <w:keepNext w:val="0"/>
        <w:spacing w:before="200" w:after="0" w:line="260" w:lineRule="exact"/>
        <w:ind w:left="1080" w:right="0" w:firstLine="0"/>
        <w:jc w:val="both"/>
      </w:pPr>
      <w:r>
        <w:rPr>
          <w:rFonts w:ascii="Times New Roman" w:hAnsi="Times New Roman" w:eastAsia="Times New Roman" w:cs="Times New Roman"/>
          <w:b w:val="0"/>
          <w:sz w:val="24"/>
        </w:rPr>
        <w:t>_____ provide for the child(ren)'s physical and mental well-being, including, providing food and shelter.</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educational decisions and take educational actions on behalf of the child(ren), including enrolling the child(ren) in school, picking them up from school, making special education decisions, and obtaining educational records.</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medical treatment decisions for the child(ren), including determining and consenting to medical, psychological, and dental treatment, obtaining information and medical and hospital records, authorizing hospital admissions and discharges, and consulting with health care providers.</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domestic and international travel arrangements for the child(ren), accompany the child(ren) on trips, and make related arrangements including hotel and other accommodations.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receive and use public benefits and child support payable on behalf of the minor child(ren).</w:t>
      </w:r>
    </w:p>
    <w:p>
      <w:pPr>
        <w:keepNext w:val="0"/>
        <w:spacing w:before="200" w:after="0" w:line="260" w:lineRule="exact"/>
        <w:ind w:left="1080" w:right="0" w:firstLine="0"/>
        <w:jc w:val="both"/>
      </w:pPr>
      <w:r>
        <w:rPr>
          <w:rFonts w:ascii="Times New Roman" w:hAnsi="Times New Roman" w:eastAsia="Times New Roman" w:cs="Times New Roman"/>
          <w:b w:val="0"/>
          <w:sz w:val="24"/>
        </w:rPr>
        <w:t>_____ take any other action required for the child(ren) as I/we might or could take in the best interest of the child(ren).</w:t>
      </w:r>
    </w:p>
    <w:p>
      <w:pPr>
        <w:keepNext w:val="0"/>
        <w:spacing w:before="200" w:after="0" w:line="260" w:lineRule="exact"/>
        <w:ind w:left="1080" w:right="0" w:firstLine="0"/>
        <w:jc w:val="both"/>
      </w:pPr>
      <w:r>
        <w:rPr>
          <w:rFonts w:ascii="Times New Roman" w:hAnsi="Times New Roman" w:eastAsia="Times New Roman" w:cs="Times New Roman"/>
          <w:b w:val="0"/>
          <w:sz w:val="24"/>
        </w:rPr>
        <w:t>Special Instructions or Limitations: [special instructions or limitations]</w:t>
      </w:r>
    </w:p>
    <w:p>
      <w:pPr>
        <w:keepNext w:val="0"/>
        <w:spacing w:before="200" w:after="0" w:line="260" w:lineRule="exact"/>
        <w:ind w:left="720" w:right="0" w:firstLine="0"/>
        <w:jc w:val="both"/>
      </w:pPr>
      <w:r>
        <w:rPr>
          <w:rFonts w:ascii="Times New Roman" w:hAnsi="Times New Roman" w:eastAsia="Times New Roman" w:cs="Times New Roman"/>
          <w:b w:val="0"/>
          <w:sz w:val="24"/>
        </w:rPr>
        <w:t>I grant the standby guardian of the property the authority to (check all that apply):</w:t>
      </w:r>
    </w:p>
    <w:p>
      <w:pPr>
        <w:keepNext w:val="0"/>
        <w:spacing w:before="200" w:after="0" w:line="260" w:lineRule="exact"/>
        <w:ind w:left="1080" w:right="0" w:firstLine="0"/>
        <w:jc w:val="both"/>
      </w:pPr>
      <w:r>
        <w:rPr>
          <w:rFonts w:ascii="Times New Roman" w:hAnsi="Times New Roman" w:eastAsia="Times New Roman" w:cs="Times New Roman"/>
          <w:b w:val="0"/>
          <w:sz w:val="24"/>
        </w:rPr>
        <w:t>_____ apply funds from the guardianship estate needed for the minor child(ren)'s clothing, support, care, protection, welfare, and education.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apply for public benefits and child support payable on behalf of the minor child(ren).</w:t>
      </w:r>
    </w:p>
    <w:p>
      <w:pPr>
        <w:keepNext w:val="0"/>
        <w:spacing w:before="200" w:after="0" w:line="260" w:lineRule="exact"/>
        <w:ind w:left="720" w:right="0" w:firstLine="0"/>
        <w:jc w:val="both"/>
      </w:pPr>
      <w:r>
        <w:rPr>
          <w:rFonts w:ascii="Times New Roman" w:hAnsi="Times New Roman" w:eastAsia="Times New Roman" w:cs="Times New Roman"/>
          <w:b w:val="0"/>
          <w:sz w:val="24"/>
        </w:rPr>
        <w:t>I understand that the authority of the standby guardian will cease 180 days after beginning, unless by that date either I or the designated standby guardian petitions the court for judicial appointment of the designated standby guardian.</w:t>
      </w:r>
    </w:p>
    <w:p>
      <w:pPr>
        <w:keepNext w:val="0"/>
        <w:spacing w:before="200" w:after="0" w:line="260" w:lineRule="exact"/>
        <w:ind w:left="720" w:right="0" w:firstLine="0"/>
        <w:jc w:val="both"/>
      </w:pPr>
      <w:r>
        <w:rPr>
          <w:rFonts w:ascii="Times New Roman" w:hAnsi="Times New Roman" w:eastAsia="Times New Roman" w:cs="Times New Roman"/>
          <w:b w:val="0"/>
          <w:sz w:val="24"/>
        </w:rPr>
        <w:t>I understand that I retain full parental rights even after the beginning of the standby guardian's authority, and may revoke the standby guardianship at any time.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designation is made after careful reflection, while I am of sound mind.</w:t>
      </w:r>
    </w:p>
    <w:p>
      <w:pPr>
        <w:keepNext w:val="0"/>
        <w:spacing w:before="120" w:after="0" w:line="260" w:lineRule="exact"/>
        <w:ind w:left="360" w:right="0" w:firstLine="0"/>
        <w:jc w:val="left"/>
      </w:pPr>
      <w:r>
        <w:rPr>
          <w:rFonts w:ascii="Times New Roman" w:hAnsi="Times New Roman" w:eastAsia="Times New Roman" w:cs="Times New Roman"/>
          <w:b w:val="0"/>
          <w:sz w:val="24"/>
        </w:rPr>
        <w:t>Parent's 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 of parent]</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I declare that the person whose name appears above signed this document in my presence, or was physically unable to sign and asked another to sign this document, who did so in my presence. I further declare that I am at least 18 years old and am not the person designated as standby guardian.</w:t>
      </w:r>
    </w:p>
    <w:p>
      <w:pPr>
        <w:keepNext w:val="0"/>
        <w:spacing w:before="120" w:after="0" w:line="260" w:lineRule="exact"/>
        <w:ind w:left="360" w:right="0" w:firstLine="0"/>
        <w:jc w:val="left"/>
      </w:pPr>
      <w:r>
        <w:rPr>
          <w:rFonts w:ascii="Times New Roman" w:hAnsi="Times New Roman" w:eastAsia="Times New Roman" w:cs="Times New Roman"/>
          <w:b w:val="0"/>
          <w:sz w:val="24"/>
        </w:rPr>
        <w:t>Witness's 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Witness's 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p>
    <w:p>
      <w:pPr>
        <w:keepNext w:val="0"/>
        <w:spacing w:before="120" w:after="0" w:line="260" w:lineRule="exact"/>
        <w:ind w:left="360" w:right="0" w:firstLine="0"/>
        <w:jc w:val="left"/>
      </w:pPr>
      <w:r>
        <w:rPr>
          <w:rFonts w:ascii="Times New Roman" w:hAnsi="Times New Roman" w:eastAsia="Times New Roman" w:cs="Times New Roman"/>
          <w:b w:val="0"/>
          <w:sz w:val="24"/>
        </w:rPr>
        <w:t>Standby Guardian's 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 of standby guardian]</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Consent to Designation of Standby Guardian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[name of person with parental rights], agree with the designation by [name of designating parent] of [name, home address, and telephone number of standby guardian] as standby guardian of the person and property of my [child/children], [name of child(ren)].</w:t>
      </w:r>
    </w:p>
    <w:p>
      <w:pPr>
        <w:keepNext w:val="0"/>
        <w:spacing w:before="200" w:after="0" w:line="260" w:lineRule="exact"/>
        <w:ind w:left="720" w:right="0" w:firstLine="0"/>
        <w:jc w:val="both"/>
      </w:pPr>
      <w:r>
        <w:rPr>
          <w:rFonts w:ascii="Times New Roman" w:hAnsi="Times New Roman" w:eastAsia="Times New Roman" w:cs="Times New Roman"/>
          <w:b w:val="0"/>
          <w:sz w:val="24"/>
        </w:rPr>
        <w:t>I agree also to the terms stated above and understand that I retain full parental rights even after the beginning of the standby guardian's authority, and may revoke my consent to the standby guardianship at any time.</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Person with Parental Rights: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 of person with parental rights]</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I declare that the person whose name appears above signed this document in my presence, or was physically unable to sign and asked another to sign this document, who did so in my presence. I further declare that I am at least 18 years old and am not the person designated as standby guardian.</w:t>
      </w:r>
    </w:p>
    <w:p>
      <w:pPr>
        <w:keepNext w:val="0"/>
        <w:spacing w:before="120" w:after="0" w:line="260" w:lineRule="exact"/>
        <w:ind w:left="720" w:right="0" w:firstLine="0"/>
        <w:jc w:val="left"/>
      </w:pPr>
      <w:r>
        <w:rPr>
          <w:rFonts w:ascii="Times New Roman" w:hAnsi="Times New Roman" w:eastAsia="Times New Roman" w:cs="Times New Roman"/>
          <w:b w:val="0"/>
          <w:sz w:val="24"/>
        </w:rPr>
        <w:t>Witness's 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p>
    <w:p>
      <w:pPr>
        <w:keepNext w:val="0"/>
        <w:spacing w:before="120" w:after="0" w:line="260" w:lineRule="exact"/>
        <w:ind w:left="720" w:right="0" w:firstLine="0"/>
        <w:jc w:val="left"/>
      </w:pPr>
      <w:r>
        <w:rPr>
          <w:rFonts w:ascii="Times New Roman" w:hAnsi="Times New Roman" w:eastAsia="Times New Roman" w:cs="Times New Roman"/>
          <w:b w:val="0"/>
          <w:sz w:val="24"/>
        </w:rPr>
        <w:t>Standby Guardian's 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 of standby guardian]</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