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DESIGNATION OF STANDBY GUARDIAN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[name of designator] do hereby appoint [name of standby guardian], residing at [address of standby guardian] as the standby guardian of [name(s) of minor(s)], my [child/children] to take effect upon the occurrence of the following triggering event or events as confirmed in writing by my attending physician: [specific triggering events (e.g., physical or mental debilitation)]. [</w:t>
      </w:r>
      <w:r>
        <w:rPr>
          <w:rFonts w:ascii="Times New Roman" w:hAnsi="Times New Roman" w:eastAsia="Times New Roman" w:cs="Times New Roman"/>
          <w:b/>
          <w:sz w:val="24"/>
        </w:rPr>
        <w:t>OPTIONAL (if Military Instrument):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Additionally, the standby guardian's authority shall take effect if I am [additional events upon which authority becomes effective (e.g., missing in action, captured, a prisoner of war, or otherwise unable to care for my child due to absence)] and such authority shall remain in effect until [number of days] days after I have returned to the United States Military control following termination of such status.]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standby guardian to my [child/children], I hereby appoint [name of alternate standby guardian], residing at [address of alternate standby guardian], as alternate designated standby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will expire six months from the date of this designation, and as such, the authority of the standby guardian, if any, will cease, unless by that date either I or the designated standby guardian petitions the court for judicial appointment of the designated standby guardian.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If I have indicated more than one triggering event, it is my intent that the triggering event which occurs first shall take precedence. If I have indicated "my death" as a triggering event, it is my intent that the person named in the designation to be standby guardian for my minor [child/children] in the event of my death shall be appointed as guardian of my minor [child/children] when I die.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standby guardianship if I so choose.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[designator's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[witness 1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[witness 2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