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APPOINTMENT OF STANDBY GUARDIAN FOR MINOR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[name of appointing parent or guardian], do hereby appoint [name of standby guardian], residing at [address of standby guardian] as the standby guardian of [name(s) of minor(s)], my [child/children] to take effect upon the occurrence of the first of the following triggering events as defined by Colo. Rev. Stat. § 15-14-202(3): upon my death, upon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adjudication that I am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incapacitated person, or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written determination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physician who has examined me that I am no longer able to care for my [child/or children].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I appoint the standby guardian in the event I am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appointing parent or guardian]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