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Standby Guardian Designation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PARENTAL GUARDIANSHIP APPOINTMENT</w:t>
      </w:r>
    </w:p>
    <w:p>
      <w:pPr>
        <w:keepNext w:val="0"/>
        <w:spacing w:before="120" w:after="0" w:line="260" w:lineRule="exact"/>
        <w:ind w:left="720" w:right="0" w:firstLine="0"/>
        <w:jc w:val="left"/>
      </w:pPr>
      <w:r>
        <w:rPr>
          <w:rFonts w:ascii="Times New Roman" w:hAnsi="Times New Roman" w:eastAsia="Times New Roman" w:cs="Times New Roman"/>
          <w:b w:val="0"/>
          <w:sz w:val="24"/>
        </w:rPr>
        <w:t>PART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IDENTIFICATION OF APPOINTING INDIVIDUAL AND MINORS.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I, [name of appointing parent], of [city name], Missouri, hereby intend to designate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standby guardian according to Missouri Revised Statutes Section 475.046, for my minor child(ren): [names, addresses (including county of domicile), and dates of birth of children].</w:t>
      </w:r>
    </w:p>
    <w:p>
      <w:pPr>
        <w:keepNext w:val="0"/>
        <w:spacing w:before="120" w:after="0" w:line="260" w:lineRule="exact"/>
        <w:ind w:left="720" w:right="0" w:firstLine="0"/>
        <w:jc w:val="left"/>
      </w:pPr>
      <w:r>
        <w:rPr>
          <w:rFonts w:ascii="Times New Roman" w:hAnsi="Times New Roman" w:eastAsia="Times New Roman" w:cs="Times New Roman"/>
          <w:b w:val="0"/>
          <w:sz w:val="24"/>
        </w:rPr>
        <w:t>PART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NOMINATION OF GUARDIAN.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hereby appoint the following individual to serve as Standby Guardian of my minor child(ren):</w:t>
      </w:r>
    </w:p>
    <w:p>
      <w:pPr>
        <w:keepNext w:val="0"/>
        <w:spacing w:before="200" w:after="0" w:line="260" w:lineRule="exact"/>
        <w:ind w:left="1440" w:right="0" w:firstLine="0"/>
        <w:jc w:val="both"/>
      </w:pPr>
      <w:r>
        <w:rPr>
          <w:rFonts w:ascii="Times New Roman" w:hAnsi="Times New Roman" w:eastAsia="Times New Roman" w:cs="Times New Roman"/>
          <w:b w:val="0"/>
          <w:sz w:val="24"/>
        </w:rPr>
        <w:t>Name: [name of guardian]</w:t>
      </w:r>
    </w:p>
    <w:p>
      <w:pPr>
        <w:keepNext w:val="0"/>
        <w:spacing w:before="200" w:after="0" w:line="260" w:lineRule="exact"/>
        <w:ind w:left="1440" w:right="0" w:firstLine="0"/>
        <w:jc w:val="both"/>
      </w:pPr>
      <w:r>
        <w:rPr>
          <w:rFonts w:ascii="Times New Roman" w:hAnsi="Times New Roman" w:eastAsia="Times New Roman" w:cs="Times New Roman"/>
          <w:b w:val="0"/>
          <w:sz w:val="24"/>
        </w:rPr>
        <w:t>Address: [address of guardian]</w:t>
      </w:r>
    </w:p>
    <w:p>
      <w:pPr>
        <w:keepNext w:val="0"/>
        <w:spacing w:before="200" w:after="0" w:line="260" w:lineRule="exact"/>
        <w:ind w:left="1440" w:right="0" w:firstLine="0"/>
        <w:jc w:val="both"/>
      </w:pPr>
      <w:r>
        <w:rPr>
          <w:rFonts w:ascii="Times New Roman" w:hAnsi="Times New Roman" w:eastAsia="Times New Roman" w:cs="Times New Roman"/>
          <w:b w:val="0"/>
          <w:sz w:val="24"/>
        </w:rPr>
        <w:t>Telephone: [phone number of guardian]</w:t>
      </w:r>
    </w:p>
    <w:p>
      <w:pPr>
        <w:keepNext w:val="0"/>
        <w:spacing w:before="200" w:after="0" w:line="260" w:lineRule="exact"/>
        <w:ind w:left="1440" w:right="0" w:firstLine="0"/>
        <w:jc w:val="both"/>
      </w:pPr>
      <w:r>
        <w:rPr>
          <w:rFonts w:ascii="Times New Roman" w:hAnsi="Times New Roman" w:eastAsia="Times New Roman" w:cs="Times New Roman"/>
          <w:b w:val="0"/>
          <w:sz w:val="24"/>
        </w:rPr>
        <w:t>Email: [email address of guardian]</w:t>
      </w:r>
    </w:p>
    <w:p>
      <w:pPr>
        <w:keepNext w:val="0"/>
        <w:spacing w:before="200" w:after="0" w:line="260" w:lineRule="exact"/>
        <w:ind w:left="1080" w:right="0" w:firstLine="0"/>
        <w:jc w:val="both"/>
      </w:pPr>
      <w:r>
        <w:rPr>
          <w:rFonts w:ascii="Times New Roman" w:hAnsi="Times New Roman" w:eastAsia="Times New Roman" w:cs="Times New Roman"/>
          <w:b w:val="0"/>
          <w:sz w:val="24"/>
        </w:rPr>
        <w:t>I hereby appoint the following individual to serve as Standby Guardian in the event that [name of guardian] is not available, willing, or competent to serve, or is unable to serve for any reason:</w:t>
      </w:r>
    </w:p>
    <w:p>
      <w:pPr>
        <w:keepNext w:val="0"/>
        <w:spacing w:before="200" w:after="0" w:line="260" w:lineRule="exact"/>
        <w:ind w:left="1440" w:right="0" w:firstLine="0"/>
        <w:jc w:val="both"/>
      </w:pPr>
      <w:r>
        <w:rPr>
          <w:rFonts w:ascii="Times New Roman" w:hAnsi="Times New Roman" w:eastAsia="Times New Roman" w:cs="Times New Roman"/>
          <w:b w:val="0"/>
          <w:sz w:val="24"/>
        </w:rPr>
        <w:t>Name: [name of successor guardian]</w:t>
      </w:r>
    </w:p>
    <w:p>
      <w:pPr>
        <w:keepNext w:val="0"/>
        <w:spacing w:before="200" w:after="0" w:line="260" w:lineRule="exact"/>
        <w:ind w:left="1440" w:right="0" w:firstLine="0"/>
        <w:jc w:val="both"/>
      </w:pPr>
      <w:r>
        <w:rPr>
          <w:rFonts w:ascii="Times New Roman" w:hAnsi="Times New Roman" w:eastAsia="Times New Roman" w:cs="Times New Roman"/>
          <w:b w:val="0"/>
          <w:sz w:val="24"/>
        </w:rPr>
        <w:t>Address: [address of successor guardian]</w:t>
      </w:r>
    </w:p>
    <w:p>
      <w:pPr>
        <w:keepNext w:val="0"/>
        <w:spacing w:before="200" w:after="0" w:line="260" w:lineRule="exact"/>
        <w:ind w:left="1440" w:right="0" w:firstLine="0"/>
        <w:jc w:val="both"/>
      </w:pPr>
      <w:r>
        <w:rPr>
          <w:rFonts w:ascii="Times New Roman" w:hAnsi="Times New Roman" w:eastAsia="Times New Roman" w:cs="Times New Roman"/>
          <w:b w:val="0"/>
          <w:sz w:val="24"/>
        </w:rPr>
        <w:t>Telephone: [phone number of successor guardian]</w:t>
      </w:r>
    </w:p>
    <w:p>
      <w:pPr>
        <w:keepNext w:val="0"/>
        <w:spacing w:before="200" w:after="0" w:line="260" w:lineRule="exact"/>
        <w:ind w:left="1440" w:right="0" w:firstLine="0"/>
        <w:jc w:val="both"/>
      </w:pPr>
      <w:r>
        <w:rPr>
          <w:rFonts w:ascii="Times New Roman" w:hAnsi="Times New Roman" w:eastAsia="Times New Roman" w:cs="Times New Roman"/>
          <w:b w:val="0"/>
          <w:sz w:val="24"/>
        </w:rPr>
        <w:t>Email: [email address of successor guardian]</w:t>
      </w:r>
    </w:p>
    <w:p>
      <w:pPr>
        <w:keepNext w:val="0"/>
        <w:spacing w:before="120" w:after="0" w:line="260" w:lineRule="exact"/>
        <w:ind w:left="720" w:right="0" w:firstLine="0"/>
        <w:jc w:val="left"/>
      </w:pPr>
      <w:r>
        <w:rPr>
          <w:rFonts w:ascii="Times New Roman" w:hAnsi="Times New Roman" w:eastAsia="Times New Roman" w:cs="Times New Roman"/>
          <w:b w:val="0"/>
          <w:sz w:val="24"/>
        </w:rPr>
        <w:t>PART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 OF APPOINTMENT.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The Standby Guardian's authority will take effect upon the first to occur of any of the following triggering events:</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written acknowledgment and consent to the commencement of the standby guardianship;</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Entry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adjudicating me to be incapacitated; or</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death.</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Upon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triggering event, the Standby Guardian shall have authority to make any and all decisions with regard to the welfare of my above-named minor child(ren).</w:t>
      </w:r>
    </w:p>
    <w:p>
      <w:pPr>
        <w:keepNext w:val="0"/>
        <w:spacing w:before="120" w:after="0" w:line="260" w:lineRule="exact"/>
        <w:ind w:left="720" w:right="0" w:firstLine="0"/>
        <w:jc w:val="left"/>
      </w:pPr>
      <w:r>
        <w:rPr>
          <w:rFonts w:ascii="Times New Roman" w:hAnsi="Times New Roman" w:eastAsia="Times New Roman" w:cs="Times New Roman"/>
          <w:b w:val="0"/>
          <w:sz w:val="24"/>
        </w:rPr>
        <w:t>PART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DURATION OF APPOINTMENT.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understand that the Standby Guardian's authority will cease sixty (60) days after commencing unless by such date he/she/they formally petitions the court for confirmation of the appointment pursuant to Section 475.046(6) of the Missouri Revised Statutes.</w:t>
      </w:r>
    </w:p>
    <w:p>
      <w:pPr>
        <w:keepNext w:val="0"/>
        <w:spacing w:before="200" w:after="0" w:line="260" w:lineRule="exact"/>
        <w:ind w:left="1080" w:right="0" w:firstLine="0"/>
        <w:jc w:val="both"/>
      </w:pPr>
      <w:r>
        <w:rPr>
          <w:rFonts w:ascii="Times New Roman" w:hAnsi="Times New Roman" w:eastAsia="Times New Roman" w:cs="Times New Roman"/>
          <w:b w:val="0"/>
          <w:sz w:val="24"/>
        </w:rPr>
        <w:t>It is my intention to retain full parental rights to the extent consistent with my condition and to retain the authority to revoke the Standby Guardianship if I so choose.</w:t>
      </w:r>
    </w:p>
    <w:p>
      <w:pPr>
        <w:keepNext w:val="0"/>
        <w:spacing w:before="120" w:after="0" w:line="260" w:lineRule="exact"/>
        <w:ind w:left="720" w:right="0" w:firstLine="0"/>
        <w:jc w:val="left"/>
      </w:pPr>
      <w:r>
        <w:rPr>
          <w:rFonts w:ascii="Times New Roman" w:hAnsi="Times New Roman" w:eastAsia="Times New Roman" w:cs="Times New Roman"/>
          <w:b w:val="0"/>
          <w:sz w:val="24"/>
        </w:rPr>
        <w:t>PART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SIGNATURES.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sign this guardianship appointment on this [day] day of [month], [year], while I am of sound mind.</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(signature of appointing parent)</w:t>
      </w:r>
    </w:p>
    <w:p>
      <w:pPr>
        <w:keepNext w:val="0"/>
        <w:spacing w:before="120" w:after="0" w:line="260" w:lineRule="exact"/>
        <w:ind w:left="1080" w:right="0" w:firstLine="0"/>
        <w:jc w:val="left"/>
      </w:pPr>
      <w:r>
        <w:rPr>
          <w:rFonts w:ascii="Times New Roman" w:hAnsi="Times New Roman" w:eastAsia="Times New Roman" w:cs="Times New Roman"/>
          <w:b w:val="0"/>
          <w:sz w:val="24"/>
        </w:rPr>
        <w:t>[name of appointing parent]</w:t>
      </w:r>
    </w:p>
    <w:p>
      <w:pPr>
        <w:keepNext w:val="0"/>
        <w:spacing w:before="120" w:after="0" w:line="260" w:lineRule="exact"/>
        <w:ind w:left="1080" w:right="0" w:firstLine="0"/>
        <w:jc w:val="left"/>
      </w:pPr>
      <w:r>
        <w:rPr>
          <w:rFonts w:ascii="Times New Roman" w:hAnsi="Times New Roman" w:eastAsia="Times New Roman" w:cs="Times New Roman"/>
          <w:b/>
          <w:sz w:val="24"/>
        </w:rPr>
        <w:t>WITNESSES</w:t>
      </w:r>
    </w:p>
    <w:p>
      <w:pPr>
        <w:keepNext w:val="0"/>
        <w:spacing w:before="200" w:after="0" w:line="260" w:lineRule="exact"/>
        <w:ind w:left="1440" w:right="0" w:firstLine="0"/>
        <w:jc w:val="both"/>
      </w:pPr>
      <w:r>
        <w:rPr>
          <w:rFonts w:ascii="Times New Roman" w:hAnsi="Times New Roman" w:eastAsia="Times New Roman" w:cs="Times New Roman"/>
          <w:b w:val="0"/>
          <w:sz w:val="24"/>
        </w:rPr>
        <w:t>We, the undersigned, have witnessed the execution of this Guardianship Appointment by [name of appointing parent] or at [his/her/their] direction, and state that [he/she/they] appears to be at least eighteen (18) years of age, of sound mind and under no constraint or undue influence. We have not been named as Guardian or Successor Guardian in this document.</w:t>
      </w:r>
    </w:p>
    <w:p>
      <w:pPr>
        <w:keepNext w:val="0"/>
        <w:spacing w:before="120" w:after="0" w:line="260" w:lineRule="exact"/>
        <w:ind w:left="144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Witness: [first witness name]</w:t>
      </w:r>
    </w:p>
    <w:p>
      <w:pPr>
        <w:keepNext w:val="0"/>
        <w:spacing w:before="120" w:after="0" w:line="260" w:lineRule="exact"/>
        <w:ind w:left="1440" w:right="0" w:firstLine="0"/>
        <w:jc w:val="left"/>
      </w:pPr>
      <w:r>
        <w:rPr>
          <w:rFonts w:ascii="Times New Roman" w:hAnsi="Times New Roman" w:eastAsia="Times New Roman" w:cs="Times New Roman"/>
          <w:b w:val="0"/>
          <w:sz w:val="24"/>
        </w:rPr>
        <w:t>Address: [first witness address]</w:t>
      </w:r>
    </w:p>
    <w:p>
      <w:pPr>
        <w:keepNext w:val="0"/>
        <w:spacing w:before="120" w:after="0" w:line="260" w:lineRule="exact"/>
        <w:ind w:left="144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440" w:right="0" w:firstLine="0"/>
        <w:jc w:val="left"/>
      </w:pPr>
      <w:r>
        <w:rPr>
          <w:rFonts w:ascii="Times New Roman" w:hAnsi="Times New Roman" w:eastAsia="Times New Roman" w:cs="Times New Roman"/>
          <w:b w:val="0"/>
          <w:sz w:val="24"/>
        </w:rPr>
        <w:t>Witness: [second witness name]</w:t>
      </w:r>
    </w:p>
    <w:p>
      <w:pPr>
        <w:keepNext w:val="0"/>
        <w:spacing w:before="120" w:after="0" w:line="260" w:lineRule="exact"/>
        <w:ind w:left="1440" w:right="0" w:firstLine="0"/>
        <w:jc w:val="left"/>
      </w:pPr>
      <w:r>
        <w:rPr>
          <w:rFonts w:ascii="Times New Roman" w:hAnsi="Times New Roman" w:eastAsia="Times New Roman" w:cs="Times New Roman"/>
          <w:b w:val="0"/>
          <w:sz w:val="24"/>
        </w:rPr>
        <w:t>Address: [second witness address]</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