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Statement of Financial Affairs (Official Forms 107 &amp; 207)</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The official forms listed below should be used as part of the required filing for individual and non-individual bankruptcy cases.</w:t>
      </w:r>
    </w:p>
    <w:p>
      <w:pPr>
        <w:keepNext w:val="0"/>
        <w:spacing w:before="200" w:after="0" w:line="260" w:lineRule="exact"/>
        <w:ind w:left="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seeking bankruptcy protection is required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financial affairs. The statement of financial affairs is intended to provide the U.S. Trustee, bankruptcy court, creditors, and other parties in interest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picture of the debtor’s financial transactions for several years prior to the bankruptcy filing. Section 521 of the Bankruptcy Code and Rule 1007 of the Federal Rule of Bankruptcy Procedure require the debtor to file the statement of financial affairs within 14 days of filing the bankruptcy petition. Debtors in large bankruptcy cases may not be able to file the statement within the 14-day deadline and usually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extend this deadline.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is required to execute the statement of financial affairs under the penalty of perjury. For more information, see Schedules and Statements of Financial Affairs and Statement of Financial Affairs Checklist.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official form for non-individual cases, see Official Form 207 Statement of Financial Affairs for Non-Individuals Filing for Bankruptcy.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official form for individual cases, see Official Form 107 Statement of Financial Affairs for Individuals Filing for Bankruptcy.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