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Statement of Incorporator(s) </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undersigned being all of the incorporators of [name] certify as follows:  </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certificate of incorporation of this corporation was filed with the secretary of state on [date].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of the file-stamped certificate of incorporation received from the secretary of state is annexed, and is to be inserted in the minute book of the corporation.</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incorporators by unanimous vote adopted the annexed bylaws as the bylaws of [name] and directed that they be inserted in the minute book of the corporation. [OR The directors are authorized to make and adopt the bylaws of the corporation.] </w:t>
      </w:r>
    </w:p>
    <w:p>
      <w:pPr>
        <w:keepNext w:val="0"/>
        <w:spacing w:before="120" w:after="0" w:line="260" w:lineRule="exact"/>
        <w:ind w:left="720" w:right="0" w:firstLine="0"/>
        <w:jc w:val="left"/>
      </w:pPr>
      <w:r>
        <w:rPr>
          <w:rFonts w:ascii="Times New Roman" w:hAnsi="Times New Roman" w:eastAsia="Times New Roman" w:cs="Times New Roman"/>
          <w:b w:val="0"/>
          <w:sz w:val="24"/>
        </w:rPr>
        <w:t>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following persons are hereby elected directors of the corporation and shall assume their office until the first annual meeting of the stockholders of this corporation and until their successors are duly elected and qualified: [list names of directors]. </w:t>
      </w:r>
    </w:p>
    <w:p>
      <w:pPr>
        <w:keepNext w:val="0"/>
        <w:spacing w:before="120" w:after="0" w:line="260" w:lineRule="exact"/>
        <w:ind w:left="720" w:right="0" w:firstLine="0"/>
        <w:jc w:val="left"/>
      </w:pPr>
      <w:r>
        <w:rPr>
          <w:rFonts w:ascii="Times New Roman" w:hAnsi="Times New Roman" w:eastAsia="Times New Roman" w:cs="Times New Roman"/>
          <w:b w:val="0"/>
          <w:sz w:val="24"/>
        </w:rPr>
        <w:t>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directors are authorized, in their discretion, to issue the shares of the capital stock of this corporation to the full amount or number of shares authorized by the certificate of incorporation, in such amounts, for such considerations, and to such individuals as from time to time shall be determined by the directors and as may be permitted by law.</w:t>
      </w:r>
    </w:p>
    <w:p>
      <w:pPr>
        <w:keepNext w:val="0"/>
        <w:spacing w:before="120" w:after="0" w:line="260" w:lineRule="exact"/>
        <w:ind w:left="720" w:right="0" w:firstLine="0"/>
        <w:jc w:val="left"/>
      </w:pPr>
      <w:r>
        <w:rPr>
          <w:rFonts w:ascii="Times New Roman" w:hAnsi="Times New Roman" w:eastAsia="Times New Roman" w:cs="Times New Roman"/>
          <w:b w:val="0"/>
          <w:sz w:val="24"/>
        </w:rPr>
        <w:t>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[List additional business to be transacted.]</w:t>
      </w:r>
    </w:p>
    <w:p>
      <w:pPr>
        <w:keepNext w:val="0"/>
        <w:spacing w:before="200" w:after="0" w:line="260" w:lineRule="exact"/>
        <w:ind w:left="360" w:right="0" w:firstLine="0"/>
        <w:jc w:val="both"/>
      </w:pPr>
      <w:r>
        <w:rPr>
          <w:rFonts w:ascii="Times New Roman" w:hAnsi="Times New Roman" w:eastAsia="Times New Roman" w:cs="Times New Roman"/>
          <w:b w:val="0"/>
          <w:sz w:val="24"/>
        </w:rPr>
        <w:t>Dated: [date]</w:t>
      </w:r>
    </w:p>
    <w:p>
      <w:pPr>
        <w:keepNext w:val="0"/>
        <w:spacing w:before="200" w:after="0" w:line="260" w:lineRule="exact"/>
        <w:ind w:left="360" w:right="0" w:firstLine="0"/>
        <w:jc w:val="both"/>
      </w:pPr>
      <w:r>
        <w:rPr>
          <w:rFonts w:ascii="Times New Roman" w:hAnsi="Times New Roman" w:eastAsia="Times New Roman" w:cs="Times New Roman"/>
          <w:b w:val="0"/>
          <w:sz w:val="24"/>
        </w:rPr>
        <w:t>By:______________________</w:t>
      </w:r>
    </w:p>
    <w:p>
      <w:pPr>
        <w:keepNext w:val="0"/>
        <w:spacing w:before="200" w:after="0" w:line="260" w:lineRule="exact"/>
        <w:ind w:left="360" w:right="0" w:firstLine="0"/>
        <w:jc w:val="both"/>
      </w:pPr>
      <w:r>
        <w:rPr>
          <w:rFonts w:ascii="Times New Roman" w:hAnsi="Times New Roman" w:eastAsia="Times New Roman" w:cs="Times New Roman"/>
          <w:b w:val="0"/>
          <w:sz w:val="24"/>
        </w:rPr>
        <w:t>[Printed Name], Incorporator</w:t>
      </w:r>
    </w:p>
    <w:p>
      <w:pPr>
        <w:keepNext w:val="0"/>
        <w:spacing w:before="200" w:after="0" w:line="260" w:lineRule="exact"/>
        <w:ind w:left="360" w:right="0" w:firstLine="0"/>
        <w:jc w:val="both"/>
      </w:pPr>
      <w:r>
        <w:rPr>
          <w:rFonts w:ascii="Times New Roman" w:hAnsi="Times New Roman" w:eastAsia="Times New Roman" w:cs="Times New Roman"/>
          <w:b w:val="0"/>
          <w:sz w:val="24"/>
        </w:rPr>
        <w:t>[Repeat for each incorporator]</w:t>
      </w:r>
    </w:p>
    <w:p>
      <w:pPr>
        <w:keepNext w:val="0"/>
        <w:spacing w:before="200" w:after="0" w:line="260" w:lineRule="exact"/>
        <w:ind w:left="360" w:right="0" w:firstLine="0"/>
        <w:jc w:val="both"/>
      </w:pPr>
      <w:r>
        <w:rPr>
          <w:rFonts w:ascii="Times New Roman" w:hAnsi="Times New Roman" w:eastAsia="Times New Roman" w:cs="Times New Roman"/>
          <w:b w:val="0"/>
          <w:sz w:val="24"/>
        </w:rPr>
        <w:t>(Annex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Copy of file-stamped certificate of incorporation from secretary of state.</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val="0"/>
          <w:sz w:val="24"/>
        </w:rPr>
        <w:t>Bylaws of corporation (if adopted herein).)</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