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Statement of Incorporator(s)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undersigned being all of the incorporators (or attorney-in-fact for [name],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incorporator) of [name], Inc. (the "Corporation"), certify as follows: 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certificate of incorporation of the Corporation was filed by the Department of State on [date].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the certificate of incorporation and the filing notice received from the Department of State is annexed hereto and will be inserted in the minutes.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incorporators by unanimous vote adopted the annexed bylaws as the laws of [name], Inc., and directed that they be inserted in the minutes. 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following individuals were elected directors of the Corporation and have assumed office until the first annual meeting of the shareholders of the Corporation: [list names of directors.]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[List additional business transacted at the meeting.]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[name of city] New York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[date]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</w:t>
      </w:r>
      <w:r>
        <w:rPr>
          <w:rFonts w:ascii="Times New Roman" w:hAnsi="Times New Roman" w:eastAsia="Times New Roman" w:cs="Times New Roman"/>
          <w:b w:val="0"/>
          <w:sz w:val="24"/>
        </w:rPr>
        <w:t>Signature</w:t>
      </w:r>
      <w:r>
        <w:rPr>
          <w:rFonts w:ascii="Times New Roman" w:hAnsi="Times New Roman" w:eastAsia="Times New Roman" w:cs="Times New Roman"/>
          <w:b w:val="0"/>
          <w:sz w:val="24"/>
        </w:rPr>
        <w:t>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[Print name below signature]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Incorporator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[Repeat for each incorporator]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(Annex the following: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Copy of certificate of incorporation.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Filing notice received from Department of State.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bylaws of corporation.)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