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Statutory Newspaper Notice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NOTICE OF CERTIFICATE OF CONVERSION of [name of partnership],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New York [limited] partnership, to [name of LLC],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limited liability company (LLC). Certificate filed with the New York Secretary of State (SSNY) on [date of filing]; office location: [county] County. The SSNY has been designated as agent of LLC upon whom process against it may be served. The SSNY shall mail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process to: [mailing address where process received by the SSNY should be mailed to the LLC]. Term: until [date]. Purpose: to [purpose].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