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Statutory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was prepared by: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Send tax notices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STATUTORY WARRANTY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KNOW ALL MEN BY THESE PRESENTS, that in consideration of $[amount] to the undersigned grantors, in hand paid by the grantee herein, the receipt of which is hereby acknowledged, [grantor] (herein referred to as “Grantor”), whose address is [grantor’s address], does hereby GRANT, BARGAIN, SELL, and CONVEY unto [grantee] (herein referred to as “Grantee”), whose address is [grantee’s address], the following described real estate, situated in [county] County, Alabama, to-wit: [legal description of property]. [</w:t>
      </w:r>
      <w:r>
        <w:rPr>
          <w:rFonts w:ascii="Times New Roman" w:hAnsi="Times New Roman" w:eastAsia="Times New Roman" w:cs="Times New Roman"/>
          <w:b/>
          <w:sz w:val="24"/>
        </w:rPr>
        <w:t>Alternate Provision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: See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, attached hereto and incorporated by reference herein.]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SUBJECT TO [any exceptions, reservations, and restrictions].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TOGETHER WITH all and singular the tenements, hereditaments, rights, privileges, and appurtenances thereunto belonging, or in anywise appertaining.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HAVE AND TO HOLD to Grantee and its successors and assigns forever.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Grantor, by its [signatory’s title], [signatory], who is authorized to execute this conveyance, has hereunto set its hand this [day]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[signatory]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I, [name of notary],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Notary Public in and for said County in said State, hereby certify that [name of signatory] whose name as [title of signatory] of [name of entity],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[entity form], is signed to the foregoing conveyance and who is known to me, acknowledged before me on this day that, being informed of the contents of the conveyance, s/he, as such officer and with full authority, executed the same voluntarily for and as the act of said [entity form].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Given under my hand this the [day] day of [month], [year].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AFFIX SEAL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