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Stipulated Order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STATE OF MICHIGAN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[county name] COUNTY CIRCUIT COURT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STIPULATED ORDER FOR [specify court order parties are stipulating to (e.g., DISMISSAL)]</w:t>
      </w:r>
    </w:p>
    <w:p>
      <w:pPr>
        <w:keepNext w:val="0"/>
        <w:spacing w:before="120" w:after="0" w:line="260" w:lineRule="exact"/>
        <w:ind w:left="720" w:right="0" w:firstLine="24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Pursuant to the parties’ stipulation and MCR 2.119(D), it is ordered that [specify particulars of order].</w:t>
      </w:r>
    </w:p>
    <w:p>
      <w:pPr>
        <w:keepNext w:val="0"/>
        <w:spacing w:before="120" w:after="0" w:line="260" w:lineRule="exact"/>
        <w:ind w:left="720" w:right="0" w:firstLine="24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[date of order]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(signature of judge)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[Judge’s typed name]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Judge of the Circuit Court</w:t>
      </w:r>
    </w:p>
    <w:p>
      <w:pPr>
        <w:keepNext w:val="0"/>
        <w:spacing w:before="120" w:after="0" w:line="260" w:lineRule="exact"/>
        <w:ind w:left="360" w:right="0" w:firstLine="24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I stipulate to the entry of the above order.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[law firm name, if any]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[attorney typed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 for [party requesting stipulation, e.g. Plaintiff] [requesting party name]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stipulate to the entry of the above order.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[law firm name, if any]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[attorney typed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 for [party accepting stipulation, e.g., Defendant] [accepting party name]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