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Stipulation of Dismissal and Proposed Order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COMMONWEALTH OF MASSACHUSETTS</w:t>
      </w:r>
    </w:p>
    <w:p>
      <w:pPr>
        <w:spacing w:line="100" w:lineRule="exact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STIPULATION OF DISMISSAL WITH PREJUDICE</w:t>
      </w:r>
    </w:p>
    <w:p>
      <w:pPr>
        <w:keepNext w:val="0"/>
        <w:spacing w:before="120" w:after="0" w:line="260" w:lineRule="exact"/>
        <w:ind w:left="36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Now comes [plaintiff’s name] (“Plaintiff”) and [defendant’s name] (“Defendant”) (together the “parties”), through their undersigned counsel, and hereby stipulate and agree, pursuant to Rule 41(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)(1)(ii) of the Massachusetts Rules of Civil Procedure, that all claims and counterclaims in the above-referenced case, should be DISMISSED with prejudice and without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award of costs or fees to any party.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proposed order is attached.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Plaintiff, [plaintiff’s name],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[his, her, or its] attorney,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[Your 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BBO No. [number]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[Firm name in bold]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phone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Defendant, [defendant’s 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[his, her, or its] attorney,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[Your 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BBO No. [number]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[Firm name in bold]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phone number]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Date: [date signed]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COMMONWEALTH OF MASSACHUSETTS</w:t>
      </w:r>
    </w:p>
    <w:p>
      <w:pPr>
        <w:keepNext w:val="0"/>
        <w:spacing w:before="200" w:after="0" w:line="260" w:lineRule="exact"/>
        <w:ind w:left="72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ORDER</w:t>
      </w:r>
    </w:p>
    <w:p>
      <w:pPr>
        <w:keepNext w:val="0"/>
        <w:spacing w:before="120" w:after="0" w:line="260" w:lineRule="exact"/>
        <w:ind w:left="108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Pursuant to the parties’ stipulation and for good cause appearing therefore, it is hereby SO ORDERED that all claims and counterclaims in the above-referenced case are hereby DISMISSED WITH PREJUDICE, each side to bear its own costs and attorney’s fees.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SO ORDERED, this [numerical day of the month] day of [month], [year].</w:t>
      </w:r>
    </w:p>
    <w:p>
      <w:pPr>
        <w:keepNext w:val="0"/>
        <w:spacing w:before="200" w:after="0" w:line="260" w:lineRule="exact"/>
        <w:ind w:left="108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[Judge’s name]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CERTIFICATE OF SERVICE</w:t>
      </w:r>
    </w:p>
    <w:p>
      <w:pPr>
        <w:keepNext w:val="0"/>
        <w:spacing w:before="120" w:after="0" w:line="260" w:lineRule="exact"/>
        <w:ind w:left="144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[your name], attorney for the Plaintiff, [plaintiff’s name], in the above-entitled action, hereby certify that on the [numerical day of the month] day of [month], [year], I served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within STIPULATION OF DISMISSAL WITH PREJUDICE, postage prepaid, to the parties and counsel of record as follows: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[Counsel’s name]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[Counsel’s name]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