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Stipulation of Dismissal and Proposed Order </w:t>
      </w:r>
    </w:p>
    <w:p>
      <w:pPr>
        <w:keepNext w:val="0"/>
        <w:spacing w:after="0" w:line="240" w:lineRule="exact"/>
        <w:ind w:right="0"/>
        <w:jc w:val="both"/>
      </w:pPr>
    </w:p>
    <w:p>
      <w:pPr>
        <w:spacing w:line="100" w:lineRule="exact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Plaintiff [name] and Defendant [name] (together the "parties"), through their undersigned counsel, stipulate, pursuant to Rule 41(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)(1) [and 41(c)] of the North Carolina Rules of Civil Procedure, that all claims [and counterclaims] in the above-referenced case should be DISMISSED with prejudice and without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award of costs or fees to any party.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proposed order is attached.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Stipulated and agreed to, this the [day] day of [month], [year].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Plaintiff, [plaintiff's name],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 [his/her/its] attorney,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N.C. Bar No. [number]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[Firm name in bold]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 and email]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Defendant, [defendant's name],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 [his/her/its] attorney,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N.C. Bar No. [number]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[Firm name in bold]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 and email]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[date]</w:t>
      </w:r>
    </w:p>
    <w:p>
      <w:pPr/>
    </w:p>
    <w:p>
      <w:pPr>
        <w:spacing w:line="100" w:lineRule="exact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Pursuant to the parties' stipulation and for good cause appearing therefore, it is hereby SO ORDERED that all claims [and counterclaims] in the above-referenced case are hereby DISMISSED WITH PREJUDICE, each side to bear its own costs and attorney's fees.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SO ORDERED, this the [day] day of [month], [year].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[Judge's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District Court Judge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