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Stipulation to Extend Discovery Deadline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UNITED STATES DISTRICT COURT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FOR THE [NAME] DISTRICT OF [STATE]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[NAME] DIVISION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STIPULATED EXTENSION OF TIME FOR [RESPONDING PARTY] TO RESPOND TO [PROPOUNDING PARTY]'S [DISCOVERY REQUEST NAME, SUCH AS "FIRST SET OF INTERROGATORIES"]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 and through undersigned counsel, [names of all parties to stipulation] hereby stipulate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Under Federal Rule [number] [and Local Rule [number], the deadline for [responding party]'s response to [propounding party]'s [discovery request name, such as "Plaintiff's First Set of Interrogatories"] is [date].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[Names of all parties to stipulation] have agreed to extend the deadline for [responding party]'s response to [propounding party]'s [discovery request name, such as "Plaintiff's First Set of Interrogatories"] to [date].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extension of time provided in this stipulation will not interfere with the time set for completing discovery, for hearing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motion, or for trial.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and 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[party name and designation]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and 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[party name and designation]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