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Stipulation with United States of America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STIPULATION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 hereby stipulated this [date] day of [month], by and between Plaintiff and Defendant United States of America (the "USA"), as follows: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the premises referred to in the Complaint is owned by the Defendants, [individual Defendant names].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Plaintiff filed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 foreclosure action to the above number and term, and named as Defendants, [individual Defendant names] and the USA.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parties hereto agree that the USA shall, and hereby is, named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party in the instant action, in accordance with 28 U.S.C. sec. 2410, </w:t>
      </w:r>
      <w:r>
        <w:rPr>
          <w:rFonts w:ascii="Times New Roman" w:hAnsi="Times New Roman" w:eastAsia="Times New Roman" w:cs="Times New Roman"/>
          <w:b w:val="0"/>
          <w:sz w:val="24"/>
        </w:rPr>
        <w:t>et seq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USA hereby waives its right to file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answer or other responsive pleading to the Complaint and waives any objection it may have to the judgment entered against Defendants [individual Defendant names].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USA has [number of tax liens] tax liens against the premises which are subject to foreclosure, as follows: [list liens and docket numbers thereof], totaling $[amount], entered in the Prothonotary's Office of [county] County, PA.  Copies of such tax liens are attached hereto, collectively, as Exhibit "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."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liens referred to above are junior in time to the mortgage referenced in the Complaint.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USA agrees to the entry in this action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judgment in favor of Plaintiff and against the USA for foreclosure and sale of the mortgaged premises.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USA is not indebted to the Plaintiff.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premises shall be sold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judicial sale, notice of which shall be served on the USA.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aforementioned judicial sale shall discharge the tax liens referred to in paragraph </w:t>
      </w: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above.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proceeds of sale shall be divided and distributed as the parties may be entitled, and any funds due the USA shall be sent to the Internal Revenue Service at [IRS address]. The check shall be made payable to "United States Treasury" and shall include the name and social security number of the taxpayer.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USA preserves its right of redemption as provided in 28 U.S.C. sec. 2410(c).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parties to this Stipulation shall bear their respective costs in this proceeding.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(Counsel for Plaintiff)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[Name of United States Attorney]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Assistant U.S. Attorney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