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Stockholders' Meeting Script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__________________:</w:t>
      </w:r>
    </w:p>
    <w:p>
      <w:pPr>
        <w:keepNext w:val="0"/>
        <w:spacing w:before="200" w:after="0" w:line="260" w:lineRule="exact"/>
        <w:ind w:left="720" w:right="0" w:firstLine="0"/>
        <w:jc w:val="both"/>
      </w:pPr>
      <w:r>
        <w:rPr>
          <w:rFonts w:ascii="Times New Roman" w:hAnsi="Times New Roman" w:eastAsia="Times New Roman" w:cs="Times New Roman"/>
          <w:b w:val="0"/>
          <w:sz w:val="24"/>
        </w:rPr>
        <w:t>Good Morning. I'm [name], President of __________________, and I will act as chairperson of this meeting.  On behalf of the company's board of directors and officers, I would like to welcome you to this annual meeting of stockholders.  Thank you for coming.</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At this time I would like to call the meeting to order.  [name], the company's secretary, will act as secretary of this meeting and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record of all proceedings.</w:t>
      </w:r>
    </w:p>
    <w:p>
      <w:pPr>
        <w:keepNext w:val="0"/>
        <w:spacing w:before="200" w:after="0" w:line="260" w:lineRule="exact"/>
        <w:ind w:left="720" w:right="0" w:firstLine="0"/>
        <w:jc w:val="both"/>
      </w:pPr>
      <w:r>
        <w:rPr>
          <w:rFonts w:ascii="Times New Roman" w:hAnsi="Times New Roman" w:eastAsia="Times New Roman" w:cs="Times New Roman"/>
          <w:b w:val="0"/>
          <w:sz w:val="24"/>
        </w:rPr>
        <w:t>The record date for the determination of the stockholders entitled to vote at this meeting was fixed at the close of business on [date]. [name], was the notice of this meeting duly and property mailed?</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[name]:</w:t>
      </w:r>
    </w:p>
    <w:p>
      <w:pPr>
        <w:keepNext w:val="0"/>
        <w:spacing w:before="200" w:after="0" w:line="260" w:lineRule="exact"/>
        <w:ind w:left="720" w:right="0" w:firstLine="0"/>
        <w:jc w:val="both"/>
      </w:pPr>
      <w:r>
        <w:rPr>
          <w:rFonts w:ascii="Times New Roman" w:hAnsi="Times New Roman" w:eastAsia="Times New Roman" w:cs="Times New Roman"/>
          <w:b w:val="0"/>
          <w:sz w:val="24"/>
        </w:rPr>
        <w:t>Notice of this annual meeting was mailed on [date], to the stockholders of record of [corporation name] as of the close of business on [date].  The Secretary will file proof of delivery of notice with the minutes of the meeting.</w:t>
      </w:r>
    </w:p>
    <w:p>
      <w:pPr>
        <w:keepNext w:val="0"/>
        <w:spacing w:before="200" w:after="0" w:line="260" w:lineRule="exact"/>
        <w:ind w:left="360" w:right="0" w:firstLine="0"/>
        <w:jc w:val="both"/>
      </w:pPr>
      <w:r>
        <w:rPr>
          <w:rFonts w:ascii="Times New Roman" w:hAnsi="Times New Roman" w:eastAsia="Times New Roman" w:cs="Times New Roman"/>
          <w:b w:val="0"/>
          <w:sz w:val="24"/>
        </w:rPr>
        <w:t>[name]:</w:t>
      </w:r>
    </w:p>
    <w:p>
      <w:pPr>
        <w:keepNext w:val="0"/>
        <w:spacing w:before="200" w:after="0" w:line="260" w:lineRule="exact"/>
        <w:ind w:left="720" w:right="0" w:firstLine="0"/>
        <w:jc w:val="both"/>
      </w:pPr>
      <w:r>
        <w:rPr>
          <w:rFonts w:ascii="Times New Roman" w:hAnsi="Times New Roman" w:eastAsia="Times New Roman" w:cs="Times New Roman"/>
          <w:b w:val="0"/>
          <w:sz w:val="24"/>
        </w:rPr>
        <w:t>[name] will also serve as inspector of elections for this meeting.</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[name] has taken his oath of office, which (he or she) will file with the minutes of this meeting, along with the inspector's certificate relating to the voting conducted today. [name], will you please report to us on the existence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so that we may conduct the business meeting?</w:t>
      </w:r>
    </w:p>
    <w:p>
      <w:pPr>
        <w:keepNext w:val="0"/>
        <w:spacing w:before="200" w:after="0" w:line="260" w:lineRule="exact"/>
        <w:ind w:left="360" w:right="0" w:firstLine="0"/>
        <w:jc w:val="both"/>
      </w:pPr>
      <w:r>
        <w:rPr>
          <w:rFonts w:ascii="Times New Roman" w:hAnsi="Times New Roman" w:eastAsia="Times New Roman" w:cs="Times New Roman"/>
          <w:b w:val="0"/>
          <w:sz w:val="24"/>
        </w:rPr>
        <w:t>[name]:</w:t>
      </w:r>
    </w:p>
    <w:p>
      <w:pPr>
        <w:keepNext w:val="0"/>
        <w:spacing w:before="200" w:after="0" w:line="260" w:lineRule="exact"/>
        <w:ind w:left="720" w:right="0" w:firstLine="0"/>
        <w:jc w:val="both"/>
      </w:pPr>
      <w:r>
        <w:rPr>
          <w:rFonts w:ascii="Times New Roman" w:hAnsi="Times New Roman" w:eastAsia="Times New Roman" w:cs="Times New Roman"/>
          <w:b w:val="0"/>
          <w:sz w:val="24"/>
        </w:rPr>
        <w:t>As of [date], the record date established for this annual meeting by the board of directors, there were [number] stockholders of [number] shares of common stock issued and outstanding and entitled to vote at this meeting.</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Based on my review,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outstanding shares of common stock of the company are represented in person or by proxy at this meeting and consequently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is present for the conduct of business.</w:t>
      </w:r>
    </w:p>
    <w:p>
      <w:pPr>
        <w:keepNext w:val="0"/>
        <w:spacing w:before="200" w:after="0" w:line="260" w:lineRule="exact"/>
        <w:ind w:left="360" w:right="0" w:firstLine="0"/>
        <w:jc w:val="both"/>
      </w:pPr>
      <w:r>
        <w:rPr>
          <w:rFonts w:ascii="Times New Roman" w:hAnsi="Times New Roman" w:eastAsia="Times New Roman" w:cs="Times New Roman"/>
          <w:b w:val="0"/>
          <w:sz w:val="24"/>
        </w:rPr>
        <w:t>[name]: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Thank you, [name].  Since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is present, I declare this annual meeting of stockholders officially convened and we may proceed with the meeting. The secretary will now proceed to read for approval the minutes of the company's last annual shareholders' meeting, held [date].</w:t>
      </w:r>
    </w:p>
    <w:p>
      <w:pPr>
        <w:keepNext w:val="0"/>
        <w:spacing w:before="200" w:after="0" w:line="260" w:lineRule="exact"/>
        <w:ind w:left="360" w:right="0" w:firstLine="0"/>
        <w:jc w:val="both"/>
      </w:pPr>
      <w:r>
        <w:rPr>
          <w:rFonts w:ascii="Times New Roman" w:hAnsi="Times New Roman" w:eastAsia="Times New Roman" w:cs="Times New Roman"/>
          <w:b w:val="0"/>
          <w:sz w:val="24"/>
        </w:rPr>
        <w:t>Shareholder [name]:</w:t>
      </w:r>
    </w:p>
    <w:p>
      <w:pPr>
        <w:keepNext w:val="0"/>
        <w:spacing w:before="200" w:after="0" w:line="260" w:lineRule="exact"/>
        <w:ind w:left="360" w:right="0" w:firstLine="0"/>
        <w:jc w:val="both"/>
      </w:pPr>
      <w:r>
        <w:rPr>
          <w:rFonts w:ascii="Times New Roman" w:hAnsi="Times New Roman" w:eastAsia="Times New Roman" w:cs="Times New Roman"/>
          <w:b w:val="0"/>
          <w:sz w:val="24"/>
        </w:rPr>
        <w:t>I move that the reading of the minutes be dispensed with and that the minutes as presented be approved and accepted.</w:t>
      </w:r>
    </w:p>
    <w:p>
      <w:pPr>
        <w:keepNext w:val="0"/>
        <w:spacing w:before="200" w:after="0" w:line="260" w:lineRule="exact"/>
        <w:ind w:left="360" w:right="0" w:firstLine="0"/>
        <w:jc w:val="both"/>
      </w:pPr>
      <w:r>
        <w:rPr>
          <w:rFonts w:ascii="Times New Roman" w:hAnsi="Times New Roman" w:eastAsia="Times New Roman" w:cs="Times New Roman"/>
          <w:b w:val="0"/>
          <w:sz w:val="24"/>
        </w:rPr>
        <w:t>Shareholder [name]:</w:t>
      </w:r>
    </w:p>
    <w:p>
      <w:pPr>
        <w:keepNext w:val="0"/>
        <w:spacing w:before="200" w:after="0" w:line="260" w:lineRule="exact"/>
        <w:ind w:left="360" w:right="0" w:firstLine="0"/>
        <w:jc w:val="both"/>
      </w:pPr>
      <w:r>
        <w:rPr>
          <w:rFonts w:ascii="Times New Roman" w:hAnsi="Times New Roman" w:eastAsia="Times New Roman" w:cs="Times New Roman"/>
          <w:b w:val="0"/>
          <w:sz w:val="24"/>
        </w:rPr>
        <w:t>I second the motion.</w:t>
      </w:r>
    </w:p>
    <w:p>
      <w:pPr>
        <w:keepNext w:val="0"/>
        <w:spacing w:before="200" w:after="0" w:line="260" w:lineRule="exact"/>
        <w:ind w:left="360" w:right="0" w:firstLine="0"/>
        <w:jc w:val="both"/>
      </w:pPr>
      <w:r>
        <w:rPr>
          <w:rFonts w:ascii="Times New Roman" w:hAnsi="Times New Roman" w:eastAsia="Times New Roman" w:cs="Times New Roman"/>
          <w:b w:val="0"/>
          <w:sz w:val="24"/>
        </w:rPr>
        <w:t>[name]:</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Is there any discussion or question of the motion? I will ask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voice vote on the motion to dispense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reading for the minutes.  All those in favor of adoption of the resolution say "aye."</w:t>
      </w:r>
    </w:p>
    <w:p>
      <w:pPr>
        <w:keepNext w:val="0"/>
        <w:spacing w:before="200" w:after="0" w:line="260" w:lineRule="exact"/>
        <w:ind w:left="360" w:right="0" w:firstLine="0"/>
        <w:jc w:val="both"/>
      </w:pPr>
      <w:r>
        <w:rPr>
          <w:rFonts w:ascii="Times New Roman" w:hAnsi="Times New Roman" w:eastAsia="Times New Roman" w:cs="Times New Roman"/>
          <w:b w:val="0"/>
          <w:sz w:val="24"/>
        </w:rPr>
        <w:t>All those opposed to adoption of the resolution say "nay."  The motion is carried; the resolution is adopted.</w:t>
      </w:r>
    </w:p>
    <w:p>
      <w:pPr>
        <w:keepNext w:val="0"/>
        <w:spacing w:before="200" w:after="0" w:line="260" w:lineRule="exact"/>
        <w:ind w:left="360" w:right="0" w:firstLine="0"/>
        <w:jc w:val="both"/>
      </w:pPr>
      <w:r>
        <w:rPr>
          <w:rFonts w:ascii="Times New Roman" w:hAnsi="Times New Roman" w:eastAsia="Times New Roman" w:cs="Times New Roman"/>
          <w:b w:val="0"/>
          <w:sz w:val="24"/>
        </w:rPr>
        <w:t>ELECTION OF DIRECTORS</w:t>
      </w:r>
    </w:p>
    <w:p>
      <w:pPr>
        <w:keepNext w:val="0"/>
        <w:spacing w:before="200" w:after="0" w:line="260" w:lineRule="exact"/>
        <w:ind w:left="720" w:right="0" w:firstLine="0"/>
        <w:jc w:val="both"/>
      </w:pPr>
      <w:r>
        <w:rPr>
          <w:rFonts w:ascii="Times New Roman" w:hAnsi="Times New Roman" w:eastAsia="Times New Roman" w:cs="Times New Roman"/>
          <w:b w:val="0"/>
          <w:sz w:val="24"/>
        </w:rPr>
        <w:t>As you know, we have two matters to consider at this meeting—the election of directors to serve until the next annual meeting and the appointment of our external auditor to serve for the fiscal year ending [date].   First we will address the issue of the election of directors.</w:t>
      </w:r>
    </w:p>
    <w:p>
      <w:pPr>
        <w:keepNext w:val="0"/>
        <w:spacing w:before="200" w:after="0" w:line="260" w:lineRule="exact"/>
        <w:ind w:left="720" w:right="0" w:firstLine="0"/>
        <w:jc w:val="both"/>
      </w:pPr>
      <w:r>
        <w:rPr>
          <w:rFonts w:ascii="Times New Roman" w:hAnsi="Times New Roman" w:eastAsia="Times New Roman" w:cs="Times New Roman"/>
          <w:b w:val="0"/>
          <w:sz w:val="24"/>
        </w:rPr>
        <w:t>We are seeking to elect [number] directors to our board of directors.  The directors we are seeking to elect are:</w:t>
      </w:r>
    </w:p>
    <w:p>
      <w:pPr>
        <w:keepNext w:val="0"/>
        <w:spacing w:before="200" w:after="0" w:line="260" w:lineRule="exact"/>
        <w:ind w:left="720" w:right="0" w:firstLine="0"/>
        <w:jc w:val="both"/>
      </w:pPr>
      <w:r>
        <w:rPr>
          <w:rFonts w:ascii="Times New Roman" w:hAnsi="Times New Roman" w:eastAsia="Times New Roman" w:cs="Times New Roman"/>
          <w:b w:val="0"/>
          <w:sz w:val="24"/>
        </w:rPr>
        <w:t>[name]</w:t>
      </w:r>
    </w:p>
    <w:p>
      <w:pPr>
        <w:keepNext w:val="0"/>
        <w:spacing w:before="200" w:after="0" w:line="260" w:lineRule="exact"/>
        <w:ind w:left="720" w:right="0" w:firstLine="0"/>
        <w:jc w:val="both"/>
      </w:pPr>
      <w:r>
        <w:rPr>
          <w:rFonts w:ascii="Times New Roman" w:hAnsi="Times New Roman" w:eastAsia="Times New Roman" w:cs="Times New Roman"/>
          <w:b w:val="0"/>
          <w:sz w:val="24"/>
        </w:rPr>
        <w:t>[name]</w:t>
      </w:r>
    </w:p>
    <w:p>
      <w:pPr>
        <w:keepNext w:val="0"/>
        <w:spacing w:before="200" w:after="0" w:line="260" w:lineRule="exact"/>
        <w:ind w:left="720" w:right="0" w:firstLine="0"/>
        <w:jc w:val="both"/>
      </w:pPr>
      <w:r>
        <w:rPr>
          <w:rFonts w:ascii="Times New Roman" w:hAnsi="Times New Roman" w:eastAsia="Times New Roman" w:cs="Times New Roman"/>
          <w:b w:val="0"/>
          <w:sz w:val="24"/>
        </w:rPr>
        <w:t>[name]</w:t>
      </w:r>
    </w:p>
    <w:p>
      <w:pPr>
        <w:keepNext w:val="0"/>
        <w:spacing w:before="200" w:after="0" w:line="260" w:lineRule="exact"/>
        <w:ind w:left="720" w:right="0" w:firstLine="0"/>
        <w:jc w:val="both"/>
      </w:pPr>
      <w:r>
        <w:rPr>
          <w:rFonts w:ascii="Times New Roman" w:hAnsi="Times New Roman" w:eastAsia="Times New Roman" w:cs="Times New Roman"/>
          <w:b w:val="0"/>
          <w:sz w:val="24"/>
        </w:rPr>
        <w:t>[name]</w:t>
      </w:r>
    </w:p>
    <w:p>
      <w:pPr>
        <w:keepNext w:val="0"/>
        <w:spacing w:before="200" w:after="0" w:line="260" w:lineRule="exact"/>
        <w:ind w:left="720" w:right="0" w:firstLine="0"/>
        <w:jc w:val="both"/>
      </w:pPr>
      <w:r>
        <w:rPr>
          <w:rFonts w:ascii="Times New Roman" w:hAnsi="Times New Roman" w:eastAsia="Times New Roman" w:cs="Times New Roman"/>
          <w:b w:val="0"/>
          <w:sz w:val="24"/>
        </w:rPr>
        <w:t>[name]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affirmative vote of the holders of shares of common stock representing at least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shares entitled to vote will constitute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affirmative action by the stockholders on this matter.</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 have asked [name],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stockholder of record on [date] to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motion to bring the proposal before the meeting. [name], will you please make the motion?</w:t>
      </w:r>
    </w:p>
    <w:p>
      <w:pPr>
        <w:keepNext w:val="0"/>
        <w:spacing w:before="200" w:after="0" w:line="260" w:lineRule="exact"/>
        <w:ind w:left="720" w:right="0" w:firstLine="0"/>
        <w:jc w:val="both"/>
      </w:pPr>
      <w:r>
        <w:rPr>
          <w:rFonts w:ascii="Times New Roman" w:hAnsi="Times New Roman" w:eastAsia="Times New Roman" w:cs="Times New Roman"/>
          <w:b w:val="0"/>
          <w:sz w:val="24"/>
        </w:rPr>
        <w:t>[name]:</w:t>
      </w:r>
    </w:p>
    <w:p>
      <w:pPr>
        <w:keepNext w:val="0"/>
        <w:spacing w:before="200" w:after="0" w:line="260" w:lineRule="exact"/>
        <w:ind w:left="720" w:right="0" w:firstLine="0"/>
        <w:jc w:val="both"/>
      </w:pPr>
      <w:r>
        <w:rPr>
          <w:rFonts w:ascii="Times New Roman" w:hAnsi="Times New Roman" w:eastAsia="Times New Roman" w:cs="Times New Roman"/>
          <w:b w:val="0"/>
          <w:sz w:val="24"/>
        </w:rPr>
        <w:t>Mr. Chairman, I move for the election of [list the names of each nominated director] to the company's board of directors.</w:t>
      </w:r>
    </w:p>
    <w:p>
      <w:pPr>
        <w:keepNext w:val="0"/>
        <w:spacing w:before="200" w:after="0" w:line="260" w:lineRule="exact"/>
        <w:ind w:left="720" w:right="0" w:firstLine="0"/>
        <w:jc w:val="both"/>
      </w:pPr>
      <w:r>
        <w:rPr>
          <w:rFonts w:ascii="Times New Roman" w:hAnsi="Times New Roman" w:eastAsia="Times New Roman" w:cs="Times New Roman"/>
          <w:b w:val="0"/>
          <w:sz w:val="24"/>
        </w:rPr>
        <w:t>[name]: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Is there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second to [name]'s motion?</w:t>
      </w:r>
    </w:p>
    <w:p>
      <w:pPr>
        <w:keepNext w:val="0"/>
        <w:spacing w:before="200" w:after="0" w:line="260" w:lineRule="exact"/>
        <w:ind w:left="720" w:right="0" w:firstLine="0"/>
        <w:jc w:val="both"/>
      </w:pPr>
      <w:r>
        <w:rPr>
          <w:rFonts w:ascii="Times New Roman" w:hAnsi="Times New Roman" w:eastAsia="Times New Roman" w:cs="Times New Roman"/>
          <w:b w:val="0"/>
          <w:sz w:val="24"/>
        </w:rPr>
        <w:t>Mr. Chairman, I second [name]'s motion.</w:t>
      </w:r>
    </w:p>
    <w:p>
      <w:pPr>
        <w:keepNext w:val="0"/>
        <w:spacing w:before="200" w:after="0" w:line="260" w:lineRule="exact"/>
        <w:ind w:left="720" w:right="0" w:firstLine="0"/>
        <w:jc w:val="both"/>
      </w:pPr>
      <w:r>
        <w:rPr>
          <w:rFonts w:ascii="Times New Roman" w:hAnsi="Times New Roman" w:eastAsia="Times New Roman" w:cs="Times New Roman"/>
          <w:b w:val="0"/>
          <w:sz w:val="24"/>
        </w:rPr>
        <w:t>[name]:</w:t>
      </w:r>
    </w:p>
    <w:p>
      <w:pPr>
        <w:keepNext w:val="0"/>
        <w:spacing w:before="200" w:after="0" w:line="260" w:lineRule="exact"/>
        <w:ind w:left="720" w:right="0" w:firstLine="0"/>
        <w:jc w:val="both"/>
      </w:pPr>
      <w:r>
        <w:rPr>
          <w:rFonts w:ascii="Times New Roman" w:hAnsi="Times New Roman" w:eastAsia="Times New Roman" w:cs="Times New Roman"/>
          <w:b w:val="0"/>
          <w:sz w:val="24"/>
        </w:rPr>
        <w:t>The floor is now open for any discussion on this matter.  Will any person wishing to comment on the election of directors please raise your hand?</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(Permit discussion, if any, and proceed.) </w:t>
      </w:r>
    </w:p>
    <w:p>
      <w:pPr>
        <w:keepNext w:val="0"/>
        <w:spacing w:before="200" w:after="0" w:line="260" w:lineRule="exact"/>
        <w:ind w:left="360" w:right="0" w:firstLine="0"/>
        <w:jc w:val="both"/>
      </w:pPr>
      <w:r>
        <w:rPr>
          <w:rFonts w:ascii="Times New Roman" w:hAnsi="Times New Roman" w:eastAsia="Times New Roman" w:cs="Times New Roman"/>
          <w:b w:val="0"/>
          <w:sz w:val="24"/>
        </w:rPr>
        <w:t>BALLOTING</w:t>
      </w:r>
    </w:p>
    <w:p>
      <w:pPr>
        <w:keepNext w:val="0"/>
        <w:spacing w:before="200" w:after="0" w:line="260" w:lineRule="exact"/>
        <w:ind w:left="720" w:right="0" w:firstLine="0"/>
        <w:jc w:val="both"/>
      </w:pPr>
      <w:r>
        <w:rPr>
          <w:rFonts w:ascii="Times New Roman" w:hAnsi="Times New Roman" w:eastAsia="Times New Roman" w:cs="Times New Roman"/>
          <w:b w:val="0"/>
          <w:sz w:val="24"/>
        </w:rPr>
        <w:t>[name]: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We will now vote on the resolution electing the directors to serve on the company's board of directors.  The resolutions are as follows: (Read resolutions from last page).  I will ask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voice vote on the resolutions.  All those in favor of these resolutions, signify so by saying "aye." All those opposed, signify so by saying "nay."  All those abstaining, please signify so by saying "abstain."</w:t>
      </w:r>
    </w:p>
    <w:p>
      <w:pPr>
        <w:keepNext w:val="0"/>
        <w:spacing w:before="200" w:after="0" w:line="260" w:lineRule="exact"/>
        <w:ind w:left="720" w:right="0" w:firstLine="0"/>
        <w:jc w:val="both"/>
      </w:pPr>
      <w:r>
        <w:rPr>
          <w:rFonts w:ascii="Times New Roman" w:hAnsi="Times New Roman" w:eastAsia="Times New Roman" w:cs="Times New Roman"/>
          <w:b w:val="0"/>
          <w:sz w:val="24"/>
        </w:rPr>
        <w:t>The vote being unanimous in favor of the resolutions electing [name], [name], [name], [name] and [name] to the company's board of directors, the election of the directors is hereby approved.</w:t>
      </w:r>
    </w:p>
    <w:p>
      <w:pPr>
        <w:keepNext w:val="0"/>
        <w:spacing w:before="200" w:after="0" w:line="260" w:lineRule="exact"/>
        <w:ind w:left="360" w:right="0" w:firstLine="0"/>
        <w:jc w:val="both"/>
      </w:pPr>
      <w:r>
        <w:rPr>
          <w:rFonts w:ascii="Times New Roman" w:hAnsi="Times New Roman" w:eastAsia="Times New Roman" w:cs="Times New Roman"/>
          <w:b w:val="0"/>
          <w:sz w:val="24"/>
        </w:rPr>
        <w:t>APPOINTMENT OF EXTERNAL AUDITORS</w:t>
      </w:r>
    </w:p>
    <w:p>
      <w:pPr>
        <w:keepNext w:val="0"/>
        <w:spacing w:before="200" w:after="0" w:line="260" w:lineRule="exact"/>
        <w:ind w:left="720" w:right="0" w:firstLine="0"/>
        <w:jc w:val="both"/>
      </w:pPr>
      <w:r>
        <w:rPr>
          <w:rFonts w:ascii="Times New Roman" w:hAnsi="Times New Roman" w:eastAsia="Times New Roman" w:cs="Times New Roman"/>
          <w:b w:val="0"/>
          <w:sz w:val="24"/>
        </w:rPr>
        <w:t>We are seeking to appoint [name], to serve as our external auditor for the fiscal year ending [name], [name].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affirmative vote of the holders of shares of common stock representing at least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shares entitled to vote will constitute affirmative action by the stockholders on this matter.</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 have asked [name],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stockholder of record on [date] to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motion to bring the proposal before the meeting. [name], will you please make the motion?</w:t>
      </w:r>
    </w:p>
    <w:p>
      <w:pPr>
        <w:keepNext w:val="0"/>
        <w:spacing w:before="200" w:after="0" w:line="260" w:lineRule="exact"/>
        <w:ind w:left="720" w:right="0" w:firstLine="0"/>
        <w:jc w:val="both"/>
      </w:pPr>
      <w:r>
        <w:rPr>
          <w:rFonts w:ascii="Times New Roman" w:hAnsi="Times New Roman" w:eastAsia="Times New Roman" w:cs="Times New Roman"/>
          <w:b w:val="0"/>
          <w:sz w:val="24"/>
        </w:rPr>
        <w:t>[name]:</w:t>
      </w:r>
    </w:p>
    <w:p>
      <w:pPr>
        <w:keepNext w:val="0"/>
        <w:spacing w:before="200" w:after="0" w:line="260" w:lineRule="exact"/>
        <w:ind w:left="720" w:right="0" w:firstLine="0"/>
        <w:jc w:val="both"/>
      </w:pPr>
      <w:r>
        <w:rPr>
          <w:rFonts w:ascii="Times New Roman" w:hAnsi="Times New Roman" w:eastAsia="Times New Roman" w:cs="Times New Roman"/>
          <w:b w:val="0"/>
          <w:sz w:val="24"/>
        </w:rPr>
        <w:t>Mr. Chairman, I move for the appointment of [name] to serve as our external auditor for the fiscal year ending [date].</w:t>
      </w:r>
    </w:p>
    <w:p>
      <w:pPr>
        <w:keepNext w:val="0"/>
        <w:spacing w:before="200" w:after="0" w:line="260" w:lineRule="exact"/>
        <w:ind w:left="720" w:right="0" w:firstLine="0"/>
        <w:jc w:val="both"/>
      </w:pPr>
      <w:r>
        <w:rPr>
          <w:rFonts w:ascii="Times New Roman" w:hAnsi="Times New Roman" w:eastAsia="Times New Roman" w:cs="Times New Roman"/>
          <w:b w:val="0"/>
          <w:sz w:val="24"/>
        </w:rPr>
        <w:t>[name]: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Is there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second to [name]'s motion?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chair recognizes [name],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stockholder of record on [date].</w:t>
      </w:r>
    </w:p>
    <w:p>
      <w:pPr>
        <w:keepNext w:val="0"/>
        <w:spacing w:before="200" w:after="0" w:line="260" w:lineRule="exact"/>
        <w:ind w:left="720" w:right="0" w:firstLine="0"/>
        <w:jc w:val="both"/>
      </w:pPr>
      <w:r>
        <w:rPr>
          <w:rFonts w:ascii="Times New Roman" w:hAnsi="Times New Roman" w:eastAsia="Times New Roman" w:cs="Times New Roman"/>
          <w:b w:val="0"/>
          <w:sz w:val="24"/>
        </w:rPr>
        <w:t>[name]:</w:t>
      </w:r>
    </w:p>
    <w:p>
      <w:pPr>
        <w:keepNext w:val="0"/>
        <w:spacing w:before="200" w:after="0" w:line="260" w:lineRule="exact"/>
        <w:ind w:left="720" w:right="0" w:firstLine="0"/>
        <w:jc w:val="both"/>
      </w:pPr>
      <w:r>
        <w:rPr>
          <w:rFonts w:ascii="Times New Roman" w:hAnsi="Times New Roman" w:eastAsia="Times New Roman" w:cs="Times New Roman"/>
          <w:b w:val="0"/>
          <w:sz w:val="24"/>
        </w:rPr>
        <w:t>Mr. Chairman, I second [name]'s motion.</w:t>
      </w:r>
    </w:p>
    <w:p>
      <w:pPr>
        <w:keepNext w:val="0"/>
        <w:spacing w:before="200" w:after="0" w:line="260" w:lineRule="exact"/>
        <w:ind w:left="720" w:right="0" w:firstLine="0"/>
        <w:jc w:val="both"/>
      </w:pPr>
      <w:r>
        <w:rPr>
          <w:rFonts w:ascii="Times New Roman" w:hAnsi="Times New Roman" w:eastAsia="Times New Roman" w:cs="Times New Roman"/>
          <w:b w:val="0"/>
          <w:sz w:val="24"/>
        </w:rPr>
        <w:t>The floor is now open for any discussion on this matter.  Will any person wishing to comment on the appointment of external auditors please raise your hand?</w:t>
      </w:r>
    </w:p>
    <w:p>
      <w:pPr>
        <w:keepNext w:val="0"/>
        <w:spacing w:before="200" w:after="0" w:line="260" w:lineRule="exact"/>
        <w:ind w:left="720" w:right="0" w:firstLine="0"/>
        <w:jc w:val="both"/>
      </w:pPr>
      <w:r>
        <w:rPr>
          <w:rFonts w:ascii="Times New Roman" w:hAnsi="Times New Roman" w:eastAsia="Times New Roman" w:cs="Times New Roman"/>
          <w:b w:val="0"/>
          <w:sz w:val="24"/>
        </w:rPr>
        <w:t>[name]:</w:t>
      </w:r>
    </w:p>
    <w:p>
      <w:pPr>
        <w:keepNext w:val="0"/>
        <w:spacing w:before="200" w:after="0" w:line="260" w:lineRule="exact"/>
        <w:ind w:left="720" w:right="0" w:firstLine="0"/>
        <w:jc w:val="both"/>
      </w:pPr>
      <w:r>
        <w:rPr>
          <w:rFonts w:ascii="Times New Roman" w:hAnsi="Times New Roman" w:eastAsia="Times New Roman" w:cs="Times New Roman"/>
          <w:b w:val="0"/>
          <w:sz w:val="24"/>
        </w:rPr>
        <w:t>(Permit discussion, if any, and proceed.)</w:t>
      </w:r>
    </w:p>
    <w:p>
      <w:pPr>
        <w:keepNext w:val="0"/>
        <w:spacing w:before="200" w:after="0" w:line="260" w:lineRule="exact"/>
        <w:ind w:left="360" w:right="0" w:firstLine="0"/>
        <w:jc w:val="both"/>
      </w:pPr>
      <w:r>
        <w:rPr>
          <w:rFonts w:ascii="Times New Roman" w:hAnsi="Times New Roman" w:eastAsia="Times New Roman" w:cs="Times New Roman"/>
          <w:b w:val="0"/>
          <w:sz w:val="24"/>
        </w:rPr>
        <w:t>BALLOTING</w:t>
      </w:r>
    </w:p>
    <w:p>
      <w:pPr>
        <w:keepNext w:val="0"/>
        <w:spacing w:before="200" w:after="0" w:line="260" w:lineRule="exact"/>
        <w:ind w:left="720" w:right="0" w:firstLine="0"/>
        <w:jc w:val="both"/>
      </w:pPr>
      <w:r>
        <w:rPr>
          <w:rFonts w:ascii="Times New Roman" w:hAnsi="Times New Roman" w:eastAsia="Times New Roman" w:cs="Times New Roman"/>
          <w:b w:val="0"/>
          <w:sz w:val="24"/>
        </w:rPr>
        <w:t>[name]: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We will now vote on the resolution appointing [name] to serve as the company's external auditor for the fiscal year ending [date].  The resolutions are as follows: (Read resolutions from last page).  I will ask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voice vote on the resolutions.</w:t>
      </w:r>
    </w:p>
    <w:p>
      <w:pPr>
        <w:keepNext w:val="0"/>
        <w:spacing w:before="200" w:after="0" w:line="260" w:lineRule="exact"/>
        <w:ind w:left="720" w:right="0" w:firstLine="0"/>
        <w:jc w:val="both"/>
      </w:pPr>
      <w:r>
        <w:rPr>
          <w:rFonts w:ascii="Times New Roman" w:hAnsi="Times New Roman" w:eastAsia="Times New Roman" w:cs="Times New Roman"/>
          <w:b w:val="0"/>
          <w:sz w:val="24"/>
        </w:rPr>
        <w:t>All those in favor of these resolutions, signify so by saying "aye." All those opposed, signify so by saying "nay."  All those abstaining, please signify so by saying "abstain."</w:t>
      </w:r>
    </w:p>
    <w:p>
      <w:pPr>
        <w:keepNext w:val="0"/>
        <w:spacing w:before="200" w:after="0" w:line="260" w:lineRule="exact"/>
        <w:ind w:left="720" w:right="0" w:firstLine="0"/>
        <w:jc w:val="both"/>
      </w:pPr>
      <w:r>
        <w:rPr>
          <w:rFonts w:ascii="Times New Roman" w:hAnsi="Times New Roman" w:eastAsia="Times New Roman" w:cs="Times New Roman"/>
          <w:b w:val="0"/>
          <w:sz w:val="24"/>
        </w:rPr>
        <w:t>The vote being unanimous in favor of the resolutions appointing [name] to serve as the company's external auditor for the fiscal year ending [date] is hereby approved.</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OTHER MATTERS AND ADJOURNMENT </w:t>
      </w:r>
    </w:p>
    <w:p>
      <w:pPr>
        <w:keepNext w:val="0"/>
        <w:spacing w:before="200" w:after="0" w:line="260" w:lineRule="exact"/>
        <w:ind w:left="720" w:right="0" w:firstLine="0"/>
        <w:jc w:val="both"/>
      </w:pPr>
      <w:r>
        <w:rPr>
          <w:rFonts w:ascii="Times New Roman" w:hAnsi="Times New Roman" w:eastAsia="Times New Roman" w:cs="Times New Roman"/>
          <w:b w:val="0"/>
          <w:sz w:val="24"/>
        </w:rPr>
        <w:t>[name]: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 know of no other business that is to be brought before this meeting; however, if there are other matters of which I am not aware, they should be brought up at this time. If not, I will entertain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motion for adjournment.</w:t>
      </w:r>
    </w:p>
    <w:p>
      <w:pPr>
        <w:keepNext w:val="0"/>
        <w:spacing w:before="200" w:after="0" w:line="260" w:lineRule="exact"/>
        <w:ind w:left="720" w:right="0" w:firstLine="0"/>
        <w:jc w:val="both"/>
      </w:pPr>
      <w:r>
        <w:rPr>
          <w:rFonts w:ascii="Times New Roman" w:hAnsi="Times New Roman" w:eastAsia="Times New Roman" w:cs="Times New Roman"/>
          <w:b w:val="0"/>
          <w:sz w:val="24"/>
        </w:rPr>
        <w:t>[name]:</w:t>
      </w:r>
    </w:p>
    <w:p>
      <w:pPr>
        <w:keepNext w:val="0"/>
        <w:spacing w:before="200" w:after="0" w:line="260" w:lineRule="exact"/>
        <w:ind w:left="720" w:right="0" w:firstLine="0"/>
        <w:jc w:val="both"/>
      </w:pPr>
      <w:r>
        <w:rPr>
          <w:rFonts w:ascii="Times New Roman" w:hAnsi="Times New Roman" w:eastAsia="Times New Roman" w:cs="Times New Roman"/>
          <w:b w:val="0"/>
          <w:sz w:val="24"/>
        </w:rPr>
        <w:t>Mr. Chairman, I move that this meeting be adjourned.</w:t>
      </w:r>
    </w:p>
    <w:p>
      <w:pPr>
        <w:keepNext w:val="0"/>
        <w:spacing w:before="200" w:after="0" w:line="260" w:lineRule="exact"/>
        <w:ind w:left="720" w:right="0" w:firstLine="0"/>
        <w:jc w:val="both"/>
      </w:pPr>
      <w:r>
        <w:rPr>
          <w:rFonts w:ascii="Times New Roman" w:hAnsi="Times New Roman" w:eastAsia="Times New Roman" w:cs="Times New Roman"/>
          <w:b w:val="0"/>
          <w:sz w:val="24"/>
        </w:rPr>
        <w:t>[name]:</w:t>
      </w:r>
    </w:p>
    <w:p>
      <w:pPr>
        <w:keepNext w:val="0"/>
        <w:spacing w:before="200" w:after="0" w:line="260" w:lineRule="exact"/>
        <w:ind w:left="720" w:right="0" w:firstLine="0"/>
        <w:jc w:val="both"/>
      </w:pPr>
      <w:r>
        <w:rPr>
          <w:rFonts w:ascii="Times New Roman" w:hAnsi="Times New Roman" w:eastAsia="Times New Roman" w:cs="Times New Roman"/>
          <w:b w:val="0"/>
          <w:sz w:val="24"/>
        </w:rPr>
        <w:t>I second the motion.</w:t>
      </w:r>
    </w:p>
    <w:p>
      <w:pPr>
        <w:keepNext w:val="0"/>
        <w:spacing w:before="200" w:after="0" w:line="260" w:lineRule="exact"/>
        <w:ind w:left="720" w:right="0" w:firstLine="0"/>
        <w:jc w:val="both"/>
      </w:pPr>
      <w:r>
        <w:rPr>
          <w:rFonts w:ascii="Times New Roman" w:hAnsi="Times New Roman" w:eastAsia="Times New Roman" w:cs="Times New Roman"/>
          <w:b w:val="0"/>
          <w:sz w:val="24"/>
        </w:rPr>
        <w:t>[name]:</w:t>
      </w:r>
    </w:p>
    <w:p>
      <w:pPr>
        <w:keepNext w:val="0"/>
        <w:spacing w:before="200" w:after="0" w:line="260" w:lineRule="exact"/>
        <w:ind w:left="720" w:right="0" w:firstLine="0"/>
        <w:jc w:val="both"/>
      </w:pPr>
      <w:r>
        <w:rPr>
          <w:rFonts w:ascii="Times New Roman" w:hAnsi="Times New Roman" w:eastAsia="Times New Roman" w:cs="Times New Roman"/>
          <w:b w:val="0"/>
          <w:sz w:val="24"/>
        </w:rPr>
        <w:t>Will all those in favor of the motion for adjournment, please so signify by saying "aye." Those opposed, so signify by saying "nay."</w:t>
      </w:r>
    </w:p>
    <w:p>
      <w:pPr>
        <w:keepNext w:val="0"/>
        <w:spacing w:before="200" w:after="0" w:line="260" w:lineRule="exact"/>
        <w:ind w:left="720" w:right="0" w:firstLine="0"/>
        <w:jc w:val="both"/>
      </w:pPr>
      <w:r>
        <w:rPr>
          <w:rFonts w:ascii="Times New Roman" w:hAnsi="Times New Roman" w:eastAsia="Times New Roman" w:cs="Times New Roman"/>
          <w:b w:val="0"/>
          <w:sz w:val="24"/>
        </w:rPr>
        <w:t>The meeting stands adjourned.</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