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Stockholders' Meetings Script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CALL TO ORDER AND WELCOMING REMARKS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[President]: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Good Morning. I'm [ name], President of [ name], and I will act as chairperson of this meeting pursuant to the Bylaws of the corporation. On behalf of the corporation's board of directors and officers, I would like to welcome you to this special meeting of stockholders. Thank you for coming.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At this time I would like to call the meeting to order. [ name], the corporation's secretary, will act as secretary of this meeting and make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record of all proceedings.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Next I would like to introduce [ name] who has been appointed by the corporation’s board of directors as the inspector of elections for this meeting. In that capacity he will determine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quorum exists and will confirm the results of the voting for the meeting.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record date for the determination of the stockholders entitled to vote at this meeting was fixed at the close of business on [ date].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[Secretary], was the notice of this meeting duly and properly mailed?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[Secretary]: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Notice of this special meeting was mailed on [ date], to the stockholders of record of ____ as of the close of business on [ date].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[President]: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 [Inspector of Elections] will also serve as inspector of elections for this meeting. [Inspector of Elections] has taken his oath of office, which (he or she) will file with the minutes of this meeting, along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certificate relating to the voting conducted today. [Inspector of Elections], will you please report to us on the existence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quorum so that we may conduct the business meeting?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[Inspector of Elections]: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As of [ date], the record date established for this meeting by the board of directors, there were [ number] shares of common stock issued and outstanding and entitled to vote at this meeting.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Based on my review,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majority of the outstanding shares of common stock of the corporation are represented in person or by proxy at this meeting and consequently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quorum is present for the conduct of business.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[President]: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Thank you, [Inspector of Elections] . Since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quorum is present, I declare this special meeting of stockholders officially convened and we may proceed with the meeting.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secretary will now proceed to read for approval the minutes of the corporation's ____annual stockholders' meeting.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[Stockholder 1]: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move that the reading of the minutes be dispensed with and that the minutes as presented be approved and accepted.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[Shareholder 2]: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second the motion.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[President]: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Is there any discussion or question of the motion? I will ask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voice vote on the motion to dispense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reading for the minutes. All those in favor of adoption of the resolution say "aye."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All those opposed to adoption of the resolution say "nay." The motion is carried; the resolution is adopted.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PROPOSAL NO. 1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As you know, we have (one) matter to consider at this meeting. That item is [ matter and provide necessary background information].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affirmative vote of at least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majority of the outstanding shares of common stock entitled to vote will constitute affirmative action by the stockholders on this matter.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[Stockholder 3]: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Mr. Chairman, I move for the adoption of [matter of Proposal No. 1].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[President]: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Is there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second to [Stockholder 3] 's motion?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chair recognizes [Stockholder 4] 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shareholder of record.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[Stockholder 4] :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Mr. Chairman, I second [Stockholder 3] 's motion.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[President]: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floor is now open for any discussion on this matter. Will any person wishing to comment on this proposal, please raise your hand?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(Permit discussion, if any, and proceed.)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[President]: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Will all the holders of common stock voting in person now please mark their ballots and give the ballots to [Inspector of Elections] as the inspector of elections? If you have already submitted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proxy card and do not wish to change your vote, you do not need to do anything. If you have already submitted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proxy card and want to change your vote, please see [Inspector of Elections] now.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will pause to allow [Inspector of Elections] to receive and count ballots and proxies. [After Inspector of Elections completes count]: We will now continue with the meeting. Is the inspector of elections ready to report the results of the balloting and proxies?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[Inspector of Elections]: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am. The ballots have been counted. More than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majority of the outstanding shares of common stock have approved the motion [for Proposal No. 1].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[President]: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Based on the inspector of elections’ report, I am pleased to confirm that the motion [for Proposal No. 1] has been approved by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majority of the stockholders.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 additional proposals as needed]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OTHER MATTERS AND ADJOURNMENT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[President]: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know of no other business that is to be brought before this meeting; however, if there are other matters of which I am not aware, they should be brought up at this time.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If not, I will entertain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motion for adjournment.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[Stockholder 5]: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Mr. Chairman, I move that this meeting be adjourned.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[Stockholder 6]: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second the motion.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[President]: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Will all those in favor of the motion for adjournment, please so signify by saying "aye."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Those opposed, so signify by saying "nay."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meeting stands adjourned.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