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Stockholders' Minutes: Annual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Annual Stockholders' Meeting Minutes</w:t>
      </w:r>
    </w:p>
    <w:p>
      <w:pPr>
        <w:keepNext w:val="0"/>
        <w:spacing w:before="200" w:after="0" w:line="260" w:lineRule="exact"/>
        <w:ind w:left="360" w:right="0" w:firstLine="0"/>
        <w:jc w:val="both"/>
      </w:pPr>
      <w:r>
        <w:rPr>
          <w:rFonts w:ascii="Times New Roman" w:hAnsi="Times New Roman" w:eastAsia="Times New Roman" w:cs="Times New Roman"/>
          <w:b/>
          <w:sz w:val="24"/>
        </w:rPr>
        <w:t>of [corporation name]</w:t>
      </w:r>
    </w:p>
    <w:p>
      <w:pPr>
        <w:keepNext w:val="0"/>
        <w:spacing w:before="200" w:after="0" w:line="260" w:lineRule="exact"/>
        <w:ind w:left="360" w:right="0" w:firstLine="0"/>
        <w:jc w:val="both"/>
      </w:pPr>
      <w:r>
        <w:rPr>
          <w:rFonts w:ascii="Times New Roman" w:hAnsi="Times New Roman" w:eastAsia="Times New Roman" w:cs="Times New Roman"/>
          <w:b/>
          <w:sz w:val="24"/>
        </w:rPr>
        <w:t>held on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Pursuant to notice duly given or waived on [date], the annual meeting of stockholders of [corporation name] (the "Corporation") was held at [address] on [date]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local time.  [name], the Corporation's chairman of the board of directors, served as chairman of the meeting.  [name], the secretary of the Corporation, served as secretary of the meeting.  [name] served as inspector of elections for the annual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members of the board of directors were present, [list members], constituting the entire board of directors.  In addition, several of the Corporation's senior officers were present, including [list those senior members who were present].</w:t>
      </w:r>
    </w:p>
    <w:p>
      <w:pPr>
        <w:keepNext w:val="0"/>
        <w:spacing w:before="200" w:after="0" w:line="260" w:lineRule="exact"/>
        <w:ind w:left="360" w:right="0" w:firstLine="0"/>
        <w:jc w:val="both"/>
      </w:pPr>
      <w:r>
        <w:rPr>
          <w:rFonts w:ascii="Times New Roman" w:hAnsi="Times New Roman" w:eastAsia="Times New Roman" w:cs="Times New Roman"/>
          <w:b w:val="0"/>
          <w:sz w:val="24"/>
        </w:rPr>
        <w:t>Holders of [number] shares of the Corporation's common stock, representing [percentage]% of the Corporation's outstanding common stock, were present and voting at the meeting either in person or by proxy.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the Chairman welcomed all in attendance and introduced the Corporation's directors and senior officers, as well as representatives of the Corporation's registered independent public accounting firm.  The Chairman noted that all in attendance should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Corporation's annual report, the annual meeting's agenda, and the rules and procedures for the annual meeting, upon their arrival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then reported that the board of directors had fixed [date] as the record date for the Annual Meeting.  She further reported that the Inspector of Elections had presented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attesting that the notice of meeting, proxy materials and the Corporation's 20[year] Annual Report had been mailed to the Corporation's stockholders beginning on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noted that the inspector of elections had reported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 at the annual meeting.  The Chairman then declared that the annual meeting of stockholders was duly convened.</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Items Presented for Stockholder Approval</w:t>
      </w:r>
    </w:p>
    <w:p>
      <w:pPr>
        <w:keepNext w:val="0"/>
        <w:spacing w:before="200" w:after="0" w:line="260" w:lineRule="exact"/>
        <w:ind w:left="720" w:right="0" w:firstLine="0"/>
        <w:jc w:val="both"/>
      </w:pPr>
      <w:r>
        <w:rPr>
          <w:rFonts w:ascii="Times New Roman" w:hAnsi="Times New Roman" w:eastAsia="Times New Roman" w:cs="Times New Roman"/>
          <w:b w:val="0"/>
          <w:sz w:val="24"/>
        </w:rPr>
        <w:t>The chairman asked the secretary to present the proposals that were up for stockholder consideration. The secretary then presented each proposal for consideration.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declared the polls open for voting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local time.</w:t>
      </w:r>
    </w:p>
    <w:p>
      <w:pPr>
        <w:keepNext w:val="0"/>
        <w:spacing w:before="200" w:after="0" w:line="260" w:lineRule="exact"/>
        <w:ind w:left="720" w:right="0" w:firstLine="0"/>
        <w:jc w:val="both"/>
      </w:pPr>
      <w:r>
        <w:rPr>
          <w:rFonts w:ascii="Times New Roman" w:hAnsi="Times New Roman" w:eastAsia="Times New Roman" w:cs="Times New Roman"/>
          <w:b w:val="0"/>
          <w:sz w:val="24"/>
        </w:rPr>
        <w:t>The stockholders voted on each proposal contained in the Corporation's proxy statement, including the election of [number] members to the Corporation's board of directors and ratification of the selection of [name] as the Corporation's independent registered public accounting firm for the fiscal year ending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After collecting all of the ballots and delivering them to the inspector of elections, the chairman declared the polls closed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local time.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Preliminary Voting Results</w:t>
      </w:r>
    </w:p>
    <w:p>
      <w:pPr>
        <w:keepNext w:val="0"/>
        <w:spacing w:before="200" w:after="0" w:line="260" w:lineRule="exact"/>
        <w:ind w:left="720" w:right="0" w:firstLine="0"/>
        <w:jc w:val="both"/>
      </w:pPr>
      <w:r>
        <w:rPr>
          <w:rFonts w:ascii="Times New Roman" w:hAnsi="Times New Roman" w:eastAsia="Times New Roman" w:cs="Times New Roman"/>
          <w:b w:val="0"/>
          <w:sz w:val="24"/>
        </w:rPr>
        <w:t>The secretary, upon request of the chairman, then presented the preliminary report of the inspector of elections. The inspector of elections had determined that [number] shares of the Corporation's common stock had voted in the election of directors and the voting was distributed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The inspector of elections further determined that holders of [number] shares of the Corporation's common stock had voted to ratify the selection of [name] as the Corporation's independent registered public accounting firm for the fiscal year ending [date].  The vote was distributed as follows: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Presentation of the State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then presented the Corporation's stockholders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 on the state of the Corporation, discussing the Corporation's performance during 20[year] and noting any significant events during the year and upcoming plans for the current year. </w:t>
      </w:r>
    </w:p>
    <w:p>
      <w:pPr>
        <w:keepNext w:val="0"/>
        <w:spacing w:before="200" w:after="0" w:line="260" w:lineRule="exact"/>
        <w:ind w:left="720" w:right="0" w:firstLine="0"/>
        <w:jc w:val="both"/>
      </w:pPr>
      <w:r>
        <w:rPr>
          <w:rFonts w:ascii="Times New Roman" w:hAnsi="Times New Roman" w:eastAsia="Times New Roman" w:cs="Times New Roman"/>
          <w:b w:val="0"/>
          <w:sz w:val="24"/>
        </w:rPr>
        <w:t>After completing her presentation, the chairman opened the floor for questions and discussion with the Corporation's stockholders.  There being no questions or comments made, the chairman thanked the Corporation's stockholders, directors, and management for their attendance at the 20[year] annual meeting.</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adjourned the meeting at approximately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local time.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