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Stop Look and Listen Press Release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[Company] Advises Stockholders to Take No Action in Response to [Bidder] Offer.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[Dateline]-The Board of Directors of [Company] today recommended that [Company] stockholders take no action at this time in response to the announcement by [Bidder] and certain entities it controls that it has made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unsolicited tender offer to acquire all of the outstanding shares of [Company]’s common stock for $[___] per share in cash.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Consistent with its fiduciary duties, and in consultation with its legal advisors, [Company]’s Board will review and consider [Bidder]’s offer, and on or by [___ __ 20__], will advise [Company]’s stockholders of the Board’s position regarding the offer as well as its reasons for that position.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[______] is acting as financial advisor and [_____] is acting as legal counsel to [Company].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About [Company]. [Description]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[Investor Relations Contact Information]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