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Stop Payment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STOP PAYMENT NOTICE (CA)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of owner/name of construction loan lender]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owner/address of construction loan lender]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HEREBY NOTIFIED that the undersigned claimant, [name of claimant], of [address of claimant] [(General Contractor/Subcontractor/Design Professional/Supplier)] provided [general nature of work performed or materials supplied], pursuant to that certain contract made between [name of general contractor or subcontractor] [(General Contractor/Subcontractor)], and [name of owner, general contractor, subcontractor, or material supplier] [(Owner/General Contractor/Subcontractor/Supplier)] for that certain construction work and improvement of the real property located at [address of the property]; and which is and was the whole of said [labor/materials/labor and materials] agreed to be furnished by claimant.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The contract price of said [labor/materials/labor and materials] was and is the sum of $[amount of contract in numbers], and said sum was and is the reasonable value thereof; [nothing has been paid or credited on said amount/there has been paid and credited thereon the sum of $[amount paid in numbers]]; and there is now due and owing to claimant, for and on account thereof, the sum of $[amount owed to date in numbers], in lawful money of the United States, after deducting all just credits and offsets, and the same has not been paid.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Therefore, the undersigned hereby requests </w:t>
      </w:r>
      <w:r>
        <w:rPr>
          <w:rFonts w:ascii="Times New Roman" w:hAnsi="Times New Roman" w:eastAsia="Times New Roman" w:cs="Times New Roman"/>
          <w:b/>
          <w:sz w:val="24"/>
        </w:rPr>
        <w:t>[Optional Clause if this notice is being given to the owner or is bonded: and demands]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 you withhold sufficient funds to satisfy this claim of the undersigned, to wit, $[amount owed in numbers], as permitted under Cal. Civ. Code § [8522 or 8536] relating to stop payment notices for private works of improvement.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 of execution]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VERIFICATION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I, [name of claimant] declare that I am the claimant named in the foregoing claim. I have read said claim and know the contents thereof and the same is true and contains among other things,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correct statement of claimant’s demands after deducting all just credits and offsets.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declare under penalty of perjury that the foregoing is true.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Executed on [date of execution] at [name of city or town], California.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claimant]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PROOF OF NOTICE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certify that I have served this stop payment notice on [name of owner/name of construction loan lender] by [personal deliver/registered mail/certified mail/express mail/overnight delivery/[other]] at the following address: [address of owner/address of construction loan lender].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