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Stop Work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Ten-Day Stop Work Notice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and address of direct contractor], state: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the direct contractor on the work or improvement located at [description of site sufficient for identification, including street address, if any] pursuant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construction contract between [name and address of owner] and [direct contractor’s name] dated [date of contract].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payment under the contract in the amount of $[amount of scheduled payment] was scheduled to be made [date payment was due or circumstances giving rise to liability for payment, such as completion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designated portion of the project].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At least 35 days have passed since this payment was due to be made and [the entire amount] [unpaid portion in dollars] remains due and owing.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4.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There is no dispute as to my satisfactory performance under the construction contract.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5.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construction lender on the work of improvement is [name and address].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hereby give notice that, unless all amounts now due under the construction contract are not paid within 10 days from the date this order is served, [I] [direct contractor’s name] will stop work on the work of improvement pursuant to California Civil Code Section 8832.</w:t>
      </w:r>
    </w:p>
    <w:p>
      <w:pPr/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Date: ______________________.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 (direct contractor’s signature)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name]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