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Subcontractor’s Claim for Lien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ILLINOIS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SUBCONTRACTOR’S CLAIM FOR LIEN (IL)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Claimant, [subcontractor’s name], of [subcontractor’s address], [county] County, Illinois, hereby makes and files this claim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mechanic’s lien against [name of owner], referred to as “Owner,” of [Owner’s address], [county] County, Illinois, and [name of contractor] (“Contractor”), and states: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on [subcontract date], Owner was the owner of the following described land in [county] County, Illinois: [legal description]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prior to [date of subcontract], Owner and Contractor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contract for the improvement of owner’s land described in paragraph </w:t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above, and that on [subcontract date], Contractor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Claimant for [describe performance required by subcontract] (the “Work”), to be furnished for such improvement.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the contract between Contractor and Claimant provided for the payment by Contractor to Claimant of the total sum of $[amount] for the Work described in their contract.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all of the Work required by the contract has been furnished, delivered and performed, and performance of the contract was completed on or about [date of completion].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there is now due, owing, and unpaid to Claimant for Contractor’s performance of the Work, after allowing to Contractor all credits to which Contractor is entitled, the sum of $ [amount owed], for which, with interest, Claimant claims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on the above-described land and the improvements to the land.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Dated:__________________.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[subcontractor’s signature]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[subcontractor’s title,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Verification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affiant], being first duly sworn, on oath, deposes and says that they are [either the claimant or the duly authorized agent of (subcontractor’s name), the claimant]; that affiant has read the foregoing claim for lien and knows the contents of the claim; and that all the statements contained in the claim are true.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Subscribed and sworn to before me this [day] day of [month] 20[year]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_________________________[notary 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________________________[typed name of notary]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expires:________________________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[Notarial seal]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