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Subpoena Duces Tecum without Deposition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SUBPOENA REQUIRING PRODUCTION OF [DOCUMENTS OR EVIDENCE]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THE STATE OF TEXAS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and address of nonparty to whom subpoena is directed]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Greetings: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COMMANDED to produce and permit inspection [and copying] of the [description of items requested to be produced (e.g., documents or tangible evidence)] identified in the attached form of notice, which was served on all parties and the person to whom this subpoena is addressed on [date]. The requested [description of items to be produced (e.g., documents or tangible evidence)] are to be produced at the following time and place: [time and place of requested production].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Warning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Failure by any person without adequate excuse to obey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subpoena served upon that person may be deemed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contempt of the court from which the subpoena is issued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district court in the county in which the subpoena is served, and may be punished by fine or confinement, or both.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subpoena is issued at the request of [name of party], whose attorney of record is [name of attorney].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Issuance: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SUBPOENA ISSUED BY: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____________________(typed name)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____________________(status (e.g., Attorney of record))</w:t>
      </w:r>
    </w:p>
    <w:p>
      <w:pPr/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MEMORANDUM OF ACCEPTANCE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accepted service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this subpoena on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(witness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RETURN OF SUBPOENA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I served the annexed subpoena by delivering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and the required fee of $[amount] to [name of witness] in person, at [address] on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(typed name)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(title)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Subpoena Requiring Production of [Documents or Evidence]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[Notice to Produce]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