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Deposition Examination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center"/>
      </w:pPr>
      <w:r>
        <w:rPr>
          <w:rFonts w:ascii="Times New Roman" w:hAnsi="Times New Roman" w:eastAsia="Times New Roman" w:cs="Times New Roman"/>
          <w:b/>
          <w:sz w:val="24"/>
        </w:rPr>
        <w:t>SUBPOENA REQUIRING APPEARANCE AT DEPOSITION</w:t>
      </w:r>
      <w:r>
        <w:rPr>
          <w:rFonts w:ascii="Times New Roman" w:hAnsi="Times New Roman" w:eastAsia="Times New Roman" w:cs="Times New Roman"/>
          <w:sz w:val="24"/>
        </w:rPr>
        <w:br/>
      </w:r>
      <w:r>
        <w:rPr>
          <w:rFonts w:ascii="Times New Roman" w:hAnsi="Times New Roman" w:eastAsia="Times New Roman" w:cs="Times New Roman"/>
          <w:b/>
          <w:sz w:val="24"/>
        </w:rPr>
        <w:t>[AND PRODUCTION OF DOCUMENTS OR TANGIBLE EVIDENCE]</w:t>
      </w:r>
    </w:p>
    <w:p>
      <w:pPr>
        <w:keepNext w:val="0"/>
        <w:spacing w:before="200" w:after="0" w:line="260" w:lineRule="exact"/>
        <w:ind w:left="720" w:right="0" w:firstLine="0"/>
        <w:jc w:val="both"/>
      </w:pPr>
      <w:r>
        <w:rPr>
          <w:rFonts w:ascii="Times New Roman" w:hAnsi="Times New Roman" w:eastAsia="Times New Roman" w:cs="Times New Roman"/>
          <w:b w:val="0"/>
          <w:sz w:val="24"/>
        </w:rPr>
        <w:t>TO: [Name and address of nonparty to whom subpoena is directed]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AUTHORITY OF THE STATE OF CONNECTICUT, You are hereby commanded to appear and testify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to be held at [location of deposition], Connecticut on the day of [date] at [time].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subpoena is issued at the request of [name of party], whose telephone number is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Date of Issuance: [date]</w:t>
      </w:r>
    </w:p>
    <w:p>
      <w:pPr>
        <w:keepNext w:val="0"/>
        <w:spacing w:before="200" w:after="0" w:line="260" w:lineRule="exact"/>
        <w:ind w:left="360" w:right="0" w:firstLine="0"/>
        <w:jc w:val="both"/>
      </w:pPr>
      <w:r>
        <w:rPr>
          <w:rFonts w:ascii="Times New Roman" w:hAnsi="Times New Roman" w:eastAsia="Times New Roman" w:cs="Times New Roman"/>
          <w:b w:val="0"/>
          <w:sz w:val="24"/>
        </w:rPr>
        <w:t>Location of Issuance: [location]</w:t>
      </w:r>
    </w:p>
    <w:p>
      <w:pPr>
        <w:keepNext w:val="0"/>
        <w:spacing w:before="200" w:after="0" w:line="260" w:lineRule="exact"/>
        <w:ind w:left="360" w:right="0" w:firstLine="0"/>
        <w:jc w:val="both"/>
      </w:pPr>
      <w:r>
        <w:rPr>
          <w:rFonts w:ascii="Times New Roman" w:hAnsi="Times New Roman" w:eastAsia="Times New Roman" w:cs="Times New Roman"/>
          <w:b w:val="0"/>
          <w:sz w:val="24"/>
        </w:rPr>
        <w:t>SUBPOENA ISSUED 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[status (e.g., Attorney of record)]</w:t>
      </w:r>
    </w:p>
    <w:p>
      <w:pPr/>
    </w:p>
    <w:p>
      <w:pPr>
        <w:keepNext w:val="0"/>
        <w:spacing w:before="200" w:after="0" w:line="260" w:lineRule="exact"/>
        <w:ind w:left="360" w:right="0" w:firstLine="0"/>
        <w:jc w:val="center"/>
      </w:pPr>
      <w:r>
        <w:rPr>
          <w:rFonts w:ascii="Times New Roman" w:hAnsi="Times New Roman" w:eastAsia="Times New Roman" w:cs="Times New Roman"/>
          <w:b/>
          <w:sz w:val="24"/>
        </w:rPr>
        <w:t>NOTICE TO THE PERSON SUMMONED</w:t>
      </w:r>
    </w:p>
    <w:p>
      <w:pPr>
        <w:keepNext w:val="0"/>
        <w:spacing w:before="200" w:after="0" w:line="260" w:lineRule="exact"/>
        <w:ind w:left="720" w:right="0" w:firstLine="0"/>
        <w:jc w:val="both"/>
      </w:pPr>
      <w:r>
        <w:rPr>
          <w:rFonts w:ascii="Times New Roman" w:hAnsi="Times New Roman" w:eastAsia="Times New Roman" w:cs="Times New Roman"/>
          <w:b w:val="0"/>
          <w:sz w:val="24"/>
        </w:rPr>
        <w:t>If you do not appear on the date and time stated, or on the date and time which your appearance may have been postponed or continued to by order of the court, the court may order your arrest. Also, if one day's witness fees have been paid to you and you do not appear and testify, without reasonable excuse, you will be fined up to $25.00 and required to pay all damages to the aggrieved party. The party requesting the subpoena is responsible for paying the witness fees.</w:t>
      </w:r>
    </w:p>
    <w:p>
      <w:pPr>
        <w:keepNext w:val="0"/>
        <w:spacing w:before="200" w:after="0" w:line="260" w:lineRule="exact"/>
        <w:ind w:left="720" w:right="0" w:firstLine="0"/>
        <w:jc w:val="both"/>
      </w:pPr>
      <w:r>
        <w:rPr>
          <w:rFonts w:ascii="Times New Roman" w:hAnsi="Times New Roman" w:eastAsia="Times New Roman" w:cs="Times New Roman"/>
          <w:b w:val="0"/>
          <w:sz w:val="24"/>
        </w:rPr>
        <w:t>Questions about this subpoena must be directed to the person who requested it.</w:t>
      </w:r>
    </w:p>
    <w:p>
      <w:pPr/>
    </w:p>
    <w:p>
      <w:pPr>
        <w:keepNext w:val="0"/>
        <w:spacing w:before="200" w:after="0" w:line="260" w:lineRule="exact"/>
        <w:ind w:left="360" w:right="0" w:firstLine="0"/>
        <w:jc w:val="center"/>
      </w:pPr>
      <w:r>
        <w:rPr>
          <w:rFonts w:ascii="Times New Roman" w:hAnsi="Times New Roman" w:eastAsia="Times New Roman" w:cs="Times New Roman"/>
          <w:b/>
          <w:sz w:val="24"/>
        </w:rPr>
        <w:t>RETURN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served this subpoena at least [eighteen hours / fifteen days] before the time designated for the person summoned to appear. I left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attested copy of it [in the hands / at the last usual place of abode] of the summoned person as follows: [describe service]. I also delivered the required witness fee of $[amount].</w:t>
      </w:r>
    </w:p>
    <w:p>
      <w:pPr>
        <w:keepNext w:val="0"/>
        <w:spacing w:before="200" w:after="0" w:line="260" w:lineRule="exact"/>
        <w:ind w:left="720" w:right="0" w:firstLine="0"/>
        <w:jc w:val="both"/>
      </w:pPr>
      <w:r>
        <w:rPr>
          <w:rFonts w:ascii="Times New Roman" w:hAnsi="Times New Roman" w:eastAsia="Times New Roman" w:cs="Times New Roman"/>
          <w:b w:val="0"/>
          <w:sz w:val="24"/>
        </w:rPr>
        <w:t>ATTEST: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keepNext w:val="0"/>
        <w:spacing w:before="120" w:after="0" w:line="260" w:lineRule="exact"/>
        <w:ind w:left="720" w:right="0" w:firstLine="0"/>
        <w:jc w:val="left"/>
      </w:pPr>
      <w:r>
        <w:rPr>
          <w:rFonts w:ascii="Times New Roman" w:hAnsi="Times New Roman" w:eastAsia="Times New Roman" w:cs="Times New Roman"/>
          <w:b w:val="0"/>
          <w:sz w:val="24"/>
        </w:rPr>
        <w:t>[title, if applicable]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