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Subpoena for Deposition Examination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SUBPOENA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recipient]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HEREBY COMMANDED TO APPEAR before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officer authorized to take depositions in the State of Florida, at [location] on [month] [day], [year], at [time], and at any adjourned date of examination, to testify and give evidence in the above-captioned case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witness.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 FAILURE TO COMPLY WITH THIS SUBPOENA may result in your being deemed guilty of contempt of court.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TO PERSONS WITH DISABILITIES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disability who needs any accommodation in order to participate in this proceeding, you are entitled, at no cost to you, to the provision of certain assistance. Please contact [identify applicable court personnel by name, address, and telephone number] at least seven days before your scheduled court appearance, or immediately upon receiving this notification if the time before the scheduled appearance is less than seven days; if you are hearing or voice impaired, call 711.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[Plaintiff/Defendant] [name]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