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Subpoena for Deposition Examination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SUBPOENA REQUIRING APPEARANCE AT DEPOSITION [AND PRODUCTION OF DOCUMENTS OR TANGIBLE EVIDENCE]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THE STATE OF TEXAS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TO: [Name and address of nonparty to whom subpoena is directed]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Greetings: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YOU ARE COMMANDED to attend and give testimony 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deposition on [oral or written] questions at the following time and place: [time and place of deposition].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Warning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Failure by any person without adequate excuse to obey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subpoena served upon that person may be deemed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contempt of the court from which the subpoena is issued 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district court in the county in which the subpoena is served, and may be punished by fine or confinement, or both.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This subpoena is issued at the request of [name of party], whose attorney of record is [name of attorney].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 of Issuance: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SUBPOENA ISSUED BY: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____________________(typed name)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____________________(status (e.g., Attorney of record))</w:t>
      </w:r>
    </w:p>
    <w:p>
      <w:pPr/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MEMORANDUM OF ACCEPTANCE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accepted service of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this subpoena on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(witness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RETURN OF SUBPOENA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I served the annexed subpoena by delivering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and the required fee of $[amount] to [name of witness] in person, at [address] on [date].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(typed name)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 (title)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true copy of the above subpoena requiring appearance at deposition [and production of documents or tangible evidence] has this day been served on the following [party/parties] by [manner of service (e.g., electronically by transmission to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filing service provider for service through the state's electronic filing manager)]: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[counsel/party name(s), address(es), party designation(s)]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SIGNED: [date]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(attorney signature)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 (e.g., Plaintiff)] [party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[Notice of Deposition]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