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for Documents and/or Testimony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Issued by the</w:t>
      </w:r>
    </w:p>
    <w:p>
      <w:pPr>
        <w:keepNext w:val="0"/>
        <w:spacing w:before="200" w:after="0" w:line="260" w:lineRule="exact"/>
        <w:ind w:left="360" w:right="0" w:firstLine="0"/>
        <w:jc w:val="center"/>
      </w:pPr>
      <w:r>
        <w:rPr>
          <w:rFonts w:ascii="Times New Roman" w:hAnsi="Times New Roman" w:eastAsia="Times New Roman" w:cs="Times New Roman"/>
          <w:b w:val="0"/>
          <w:sz w:val="24"/>
        </w:rPr>
        <w:t>[name of court] COURT OF THE STATE OF GEORGIA</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200" w:after="0" w:line="260" w:lineRule="exact"/>
        <w:ind w:left="360" w:right="0" w:firstLine="0"/>
        <w:jc w:val="both"/>
      </w:pPr>
      <w:r>
        <w:rPr>
          <w:rFonts w:ascii="Times New Roman" w:hAnsi="Times New Roman" w:eastAsia="Times New Roman" w:cs="Times New Roman"/>
          <w:b w:val="0"/>
          <w:sz w:val="24"/>
        </w:rPr>
        <w:t>SUBPOENA FOR [purpose of subpoena (e.g., PRODUCTION OF DOCUMENTS)]</w:t>
      </w:r>
    </w:p>
    <w:p>
      <w:pPr>
        <w:keepNext w:val="0"/>
        <w:spacing w:before="200" w:after="0" w:line="260" w:lineRule="exact"/>
        <w:ind w:left="360" w:right="0" w:firstLine="0"/>
        <w:jc w:val="both"/>
      </w:pPr>
      <w:r>
        <w:rPr>
          <w:rFonts w:ascii="Times New Roman" w:hAnsi="Times New Roman" w:eastAsia="Times New Roman" w:cs="Times New Roman"/>
          <w:b w:val="0"/>
          <w:sz w:val="24"/>
        </w:rPr>
        <w:t>TO: [name and address of person/entity subpoenaed]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ARE COMMANDED to appear at the place, date, and time specified below to testify at the taking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deposition in the above case.</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O.C.G.</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9-11-30(b)(6), any organization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suit that is subpoenaed for the taking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deposition shall designate one or more of its officers, directors, or managing agents, or other persons who consent to testify on its behalf, and may set forth, for each person designated, the matters on which the person will testify. </w:t>
      </w:r>
    </w:p>
    <w:p>
      <w:pPr>
        <w:keepNext w:val="0"/>
        <w:spacing w:before="200" w:after="0" w:line="260" w:lineRule="exact"/>
        <w:ind w:left="360" w:right="0" w:firstLine="0"/>
        <w:jc w:val="both"/>
      </w:pPr>
      <w:r>
        <w:rPr>
          <w:rFonts w:ascii="Times New Roman" w:hAnsi="Times New Roman" w:eastAsia="Times New Roman" w:cs="Times New Roman"/>
          <w:b w:val="0"/>
          <w:sz w:val="24"/>
        </w:rPr>
        <w:t>PLACE OF DEPOSITION: [location, including address, of deposition]</w:t>
      </w:r>
    </w:p>
    <w:p>
      <w:pPr>
        <w:keepNext w:val="0"/>
        <w:spacing w:before="200" w:after="0" w:line="260" w:lineRule="exact"/>
        <w:ind w:left="360" w:right="0" w:firstLine="0"/>
        <w:jc w:val="both"/>
      </w:pPr>
      <w:r>
        <w:rPr>
          <w:rFonts w:ascii="Times New Roman" w:hAnsi="Times New Roman" w:eastAsia="Times New Roman" w:cs="Times New Roman"/>
          <w:b w:val="0"/>
          <w:sz w:val="24"/>
        </w:rPr>
        <w:t>DATE AND TIME: [date and time of deposition]</w:t>
      </w:r>
    </w:p>
    <w:p>
      <w:pPr>
        <w:keepNext w:val="0"/>
        <w:spacing w:before="200" w:after="0" w:line="260" w:lineRule="exact"/>
        <w:ind w:left="360" w:right="0" w:firstLine="0"/>
        <w:jc w:val="both"/>
      </w:pPr>
      <w:r>
        <w:rPr>
          <w:rFonts w:ascii="Times New Roman" w:hAnsi="Times New Roman" w:eastAsia="Times New Roman" w:cs="Times New Roman"/>
          <w:b w:val="0"/>
          <w:sz w:val="24"/>
        </w:rPr>
        <w:t>METHOD OF RECORDING: [manner of recording (e.g., stenographic and video recording)]</w:t>
      </w:r>
    </w:p>
    <w:p>
      <w:pPr>
        <w:keepNext w:val="0"/>
        <w:spacing w:before="200" w:after="0" w:line="260" w:lineRule="exact"/>
        <w:ind w:left="360" w:right="0" w:firstLine="0"/>
        <w:jc w:val="both"/>
      </w:pPr>
      <w:r>
        <w:rPr>
          <w:rFonts w:ascii="Times New Roman" w:hAnsi="Times New Roman" w:eastAsia="Times New Roman" w:cs="Times New Roman"/>
          <w:b w:val="0"/>
          <w:sz w:val="24"/>
        </w:rPr>
        <w:t>– YOU ARE COMMANDED to produce and permit inspection and copying of the following documents or tangible things at the place, date, and time specified above: [list of documents and objects to be produced].</w:t>
      </w:r>
    </w:p>
    <w:p>
      <w:pPr>
        <w:keepNext w:val="0"/>
        <w:spacing w:before="200" w:after="0" w:line="260" w:lineRule="exact"/>
        <w:ind w:left="360" w:right="0" w:firstLine="0"/>
        <w:jc w:val="both"/>
      </w:pPr>
      <w:r>
        <w:rPr>
          <w:rFonts w:ascii="Times New Roman" w:hAnsi="Times New Roman" w:eastAsia="Times New Roman" w:cs="Times New Roman"/>
          <w:b w:val="0"/>
          <w:sz w:val="24"/>
        </w:rPr>
        <w:t>– YOU ARE COMMANDED to permit inspection of the following premises at the date and time specified below:</w:t>
      </w:r>
    </w:p>
    <w:p>
      <w:pPr>
        <w:keepNext w:val="0"/>
        <w:spacing w:before="200" w:after="0" w:line="260" w:lineRule="exact"/>
        <w:ind w:left="720" w:right="0" w:firstLine="0"/>
        <w:jc w:val="both"/>
      </w:pPr>
      <w:r>
        <w:rPr>
          <w:rFonts w:ascii="Times New Roman" w:hAnsi="Times New Roman" w:eastAsia="Times New Roman" w:cs="Times New Roman"/>
          <w:b w:val="0"/>
          <w:sz w:val="24"/>
        </w:rPr>
        <w:t>PREMISES: [address and/or other description of premises to be inspected]</w:t>
      </w:r>
    </w:p>
    <w:p>
      <w:pPr>
        <w:keepNext w:val="0"/>
        <w:spacing w:before="200" w:after="0" w:line="260" w:lineRule="exact"/>
        <w:ind w:left="720" w:right="0" w:firstLine="0"/>
        <w:jc w:val="both"/>
      </w:pPr>
      <w:r>
        <w:rPr>
          <w:rFonts w:ascii="Times New Roman" w:hAnsi="Times New Roman" w:eastAsia="Times New Roman" w:cs="Times New Roman"/>
          <w:b w:val="0"/>
          <w:sz w:val="24"/>
        </w:rPr>
        <w:t>DATE AND TIME: [date and time of inspection]</w:t>
      </w:r>
    </w:p>
    <w:p>
      <w:pPr>
        <w:keepNext w:val="0"/>
        <w:spacing w:before="200" w:after="0" w:line="260" w:lineRule="exact"/>
        <w:ind w:left="720" w:right="0" w:firstLine="0"/>
        <w:jc w:val="both"/>
      </w:pPr>
      <w:r>
        <w:rPr>
          <w:rFonts w:ascii="Times New Roman" w:hAnsi="Times New Roman" w:eastAsia="Times New Roman" w:cs="Times New Roman"/>
          <w:b w:val="0"/>
          <w:sz w:val="24"/>
        </w:rPr>
        <w:t>DATE AND TIME: [date and time where documents or other items should be produced]</w:t>
      </w:r>
    </w:p>
    <w:p>
      <w:pPr>
        <w:keepNext w:val="0"/>
        <w:spacing w:before="200" w:after="0" w:line="260" w:lineRule="exact"/>
        <w:ind w:left="360" w:right="0" w:firstLine="0"/>
        <w:jc w:val="both"/>
      </w:pPr>
      <w:r>
        <w:rPr>
          <w:rFonts w:ascii="Times New Roman" w:hAnsi="Times New Roman" w:eastAsia="Times New Roman" w:cs="Times New Roman"/>
          <w:b w:val="0"/>
          <w:sz w:val="24"/>
        </w:rPr>
        <w:t>Herein fail not, under penalty of the law.</w:t>
      </w:r>
    </w:p>
    <w:p>
      <w:pPr>
        <w:keepNext w:val="0"/>
        <w:spacing w:before="200" w:after="0" w:line="260" w:lineRule="exact"/>
        <w:ind w:left="360" w:right="0" w:firstLine="0"/>
        <w:jc w:val="both"/>
      </w:pPr>
      <w:r>
        <w:rPr>
          <w:rFonts w:ascii="Times New Roman" w:hAnsi="Times New Roman" w:eastAsia="Times New Roman" w:cs="Times New Roman"/>
          <w:b w:val="0"/>
          <w:sz w:val="24"/>
        </w:rPr>
        <w:t>Date: [date of issuance of subpoena]</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issuing clerk)</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issuing clerk], Clerk</w:t>
      </w:r>
    </w:p>
    <w:p>
      <w:pPr>
        <w:keepNext w:val="0"/>
        <w:spacing w:before="120" w:after="0" w:line="260" w:lineRule="exact"/>
        <w:ind w:left="360" w:right="0" w:firstLine="0"/>
        <w:jc w:val="left"/>
      </w:pPr>
      <w:r>
        <w:rPr>
          <w:rFonts w:ascii="Times New Roman" w:hAnsi="Times New Roman" w:eastAsia="Times New Roman" w:cs="Times New Roman"/>
          <w:b w:val="0"/>
          <w:sz w:val="24"/>
        </w:rPr>
        <w:t>[Court name (e.g., Superior Court)]</w:t>
      </w:r>
    </w:p>
    <w:p>
      <w:pPr>
        <w:keepNext w:val="0"/>
        <w:spacing w:before="120" w:after="0" w:line="260" w:lineRule="exact"/>
        <w:ind w:left="360" w:right="0" w:firstLine="0"/>
        <w:jc w:val="left"/>
      </w:pPr>
      <w:r>
        <w:rPr>
          <w:rFonts w:ascii="Times New Roman" w:hAnsi="Times New Roman" w:eastAsia="Times New Roman" w:cs="Times New Roman"/>
          <w:b w:val="0"/>
          <w:sz w:val="24"/>
        </w:rPr>
        <w:t>[County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[Telephone]</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[Plaintiff/Defendant] [subpoenaing party's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I have this day served the foregoing [full title of subpoena] upon counsel for all parties by [delivering / causing to be delivered] by hand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same as follows:</w:t>
      </w:r>
    </w:p>
    <w:p>
      <w:pPr>
        <w:keepNext w:val="0"/>
        <w:spacing w:before="200" w:after="0" w:line="260" w:lineRule="exact"/>
        <w:ind w:left="720" w:right="0" w:firstLine="0"/>
        <w:jc w:val="both"/>
      </w:pPr>
      <w:r>
        <w:rPr>
          <w:rFonts w:ascii="Times New Roman" w:hAnsi="Times New Roman" w:eastAsia="Times New Roman" w:cs="Times New Roman"/>
          <w:b w:val="0"/>
          <w:sz w:val="24"/>
        </w:rPr>
        <w:t>[Name and address of counsel of record, or of parties if no counsel of record.]</w:t>
      </w:r>
    </w:p>
    <w:p>
      <w:pPr>
        <w:keepNext w:val="0"/>
        <w:spacing w:before="200" w:after="0" w:line="260" w:lineRule="exact"/>
        <w:ind w:left="720" w:right="0" w:firstLine="0"/>
        <w:jc w:val="both"/>
      </w:pPr>
      <w:r>
        <w:rPr>
          <w:rFonts w:ascii="Times New Roman" w:hAnsi="Times New Roman" w:eastAsia="Times New Roman" w:cs="Times New Roman"/>
          <w:b w:val="0"/>
          <w:sz w:val="24"/>
        </w:rPr>
        <w:t>This [day] 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/S/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 or deliverer's name]</w:t>
      </w:r>
    </w:p>
    <w:p>
      <w:pPr>
        <w:keepNext w:val="0"/>
        <w:spacing w:before="120" w:after="0" w:line="260" w:lineRule="exact"/>
        <w:ind w:left="720" w:right="0" w:firstLine="0"/>
        <w:jc w:val="left"/>
      </w:pPr>
      <w:r>
        <w:rPr>
          <w:rFonts w:ascii="Times New Roman" w:hAnsi="Times New Roman" w:eastAsia="Times New Roman" w:cs="Times New Roman"/>
          <w:b w:val="0"/>
          <w:sz w:val="24"/>
        </w:rPr>
        <w:t>[Law firm name]</w:t>
      </w:r>
    </w:p>
    <w:p>
      <w:pPr>
        <w:keepNext w:val="0"/>
        <w:spacing w:before="120" w:after="0" w:line="260" w:lineRule="exact"/>
        <w:ind w:left="720" w:right="0" w:firstLine="0"/>
        <w:jc w:val="left"/>
      </w:pPr>
      <w:r>
        <w:rPr>
          <w:rFonts w:ascii="Times New Roman" w:hAnsi="Times New Roman" w:eastAsia="Times New Roman" w:cs="Times New Roman"/>
          <w:b w:val="0"/>
          <w:sz w:val="24"/>
        </w:rPr>
        <w:t>Tel. [phone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[Plaintiff/Defendant] [Subpoenaing party's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