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Subpoena for Documents and/or Testimony (Discovery)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COMMONWEALTH OF MASSACHUSETTS</w:t>
      </w:r>
    </w:p>
    <w:p>
      <w:pPr>
        <w:keepNext w:val="0"/>
        <w:spacing w:before="200" w:after="0" w:line="260" w:lineRule="exact"/>
        <w:ind w:left="360" w:right="0" w:firstLine="0"/>
        <w:jc w:val="both"/>
      </w:pPr>
      <w:r>
        <w:rPr>
          <w:rFonts w:ascii="Times New Roman" w:hAnsi="Times New Roman" w:eastAsia="Times New Roman" w:cs="Times New Roman"/>
          <w:b w:val="0"/>
          <w:sz w:val="24"/>
        </w:rPr>
        <w:t>TO: [Name]</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Greetings: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YOU ARE HEREBY COMMANDED in the name of the Commonwealth of Massachusetts in accordance with the provisions of Rules 30 and 45 of the Massachusetts Rules of Civil Procedure, to appear on behalf of the defendant [name] before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Notary Public of the Commonwealth of Massachusetts or before some other officer authorized by law to administer oaths, at the office of [name of firm], [address of firm], on the [day] of [month] at [time] [am/pm], and testify as to your knowledge at the taking of the deposition in the above-entitled action. The oral examination will continue from day to day until completed.</w:t>
      </w:r>
    </w:p>
    <w:p>
      <w:pPr>
        <w:keepNext w:val="0"/>
        <w:spacing w:before="200" w:after="0" w:line="260" w:lineRule="exact"/>
        <w:ind w:left="360" w:right="0" w:firstLine="0"/>
        <w:jc w:val="both"/>
      </w:pPr>
      <w:r>
        <w:rPr>
          <w:rFonts w:ascii="Times New Roman" w:hAnsi="Times New Roman" w:eastAsia="Times New Roman" w:cs="Times New Roman"/>
          <w:b w:val="0"/>
          <w:sz w:val="24"/>
        </w:rPr>
        <w:t>Hereof fail not, as your failure to appear as required will subject you to such pains and penalties as the law provides.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720" w:right="0" w:firstLine="0"/>
        <w:jc w:val="left"/>
      </w:pPr>
      <w:r>
        <w:rPr>
          <w:rFonts w:ascii="Times New Roman" w:hAnsi="Times New Roman" w:eastAsia="Times New Roman" w:cs="Times New Roman"/>
          <w:b w:val="0"/>
          <w:sz w:val="24"/>
        </w:rPr>
        <w:t>Attorney for the [defendant/plaintiff],</w:t>
      </w:r>
    </w:p>
    <w:p>
      <w:pPr>
        <w:keepNext w:val="0"/>
        <w:spacing w:before="120" w:after="0" w:line="260" w:lineRule="exact"/>
        <w:ind w:left="720" w:right="0" w:firstLine="0"/>
        <w:jc w:val="left"/>
      </w:pPr>
      <w:r>
        <w:rPr>
          <w:rFonts w:ascii="Times New Roman" w:hAnsi="Times New Roman" w:eastAsia="Times New Roman" w:cs="Times New Roman"/>
          <w:b w:val="0"/>
          <w:sz w:val="24"/>
        </w:rPr>
        <w:t>[Name of defendant/plaintiff],</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[Attorney name]</w:t>
      </w:r>
    </w:p>
    <w:p>
      <w:pPr>
        <w:keepNext w:val="0"/>
        <w:spacing w:before="120" w:after="0" w:line="260" w:lineRule="exact"/>
        <w:ind w:left="720" w:right="0" w:firstLine="0"/>
        <w:jc w:val="left"/>
      </w:pPr>
      <w:r>
        <w:rPr>
          <w:rFonts w:ascii="Times New Roman" w:hAnsi="Times New Roman" w:eastAsia="Times New Roman" w:cs="Times New Roman"/>
          <w:b w:val="0"/>
          <w:sz w:val="24"/>
        </w:rPr>
        <w:t>[Attorney B.B.O. number]</w:t>
      </w:r>
    </w:p>
    <w:p>
      <w:pPr>
        <w:keepNext w:val="0"/>
        <w:spacing w:before="120" w:after="0" w:line="260" w:lineRule="exact"/>
        <w:ind w:left="720" w:right="0" w:firstLine="0"/>
        <w:jc w:val="left"/>
      </w:pPr>
      <w:r>
        <w:rPr>
          <w:rFonts w:ascii="Times New Roman" w:hAnsi="Times New Roman" w:eastAsia="Times New Roman" w:cs="Times New Roman"/>
          <w:b w:val="0"/>
          <w:sz w:val="24"/>
        </w:rPr>
        <w:t>[Address of attorney]</w:t>
      </w:r>
    </w:p>
    <w:p>
      <w:pPr>
        <w:keepNext w:val="0"/>
        <w:spacing w:before="120" w:after="0" w:line="260" w:lineRule="exact"/>
        <w:ind w:left="720" w:right="0" w:firstLine="0"/>
        <w:jc w:val="left"/>
      </w:pPr>
      <w:r>
        <w:rPr>
          <w:rFonts w:ascii="Times New Roman" w:hAnsi="Times New Roman" w:eastAsia="Times New Roman" w:cs="Times New Roman"/>
          <w:b w:val="0"/>
          <w:sz w:val="24"/>
        </w:rPr>
        <w:t>[Phone number]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w:t>
      </w:r>
    </w:p>
    <w:p>
      <w:pPr>
        <w:keepNext w:val="0"/>
        <w:spacing w:before="120" w:after="0" w:line="260" w:lineRule="exact"/>
        <w:ind w:left="720" w:right="0" w:firstLine="0"/>
        <w:jc w:val="left"/>
      </w:pPr>
      <w:r>
        <w:rPr>
          <w:rFonts w:ascii="Times New Roman" w:hAnsi="Times New Roman" w:eastAsia="Times New Roman" w:cs="Times New Roman"/>
          <w:b w:val="0"/>
          <w:sz w:val="24"/>
        </w:rPr>
        <w:t>My Commission Expires:[date]</w:t>
      </w:r>
    </w:p>
    <w:p>
      <w:pPr/>
    </w:p>
    <w:p>
      <w:pPr>
        <w:keepNext w:val="0"/>
        <w:spacing w:before="120" w:after="0" w:line="260" w:lineRule="exact"/>
        <w:ind w:left="360" w:right="0" w:firstLine="0"/>
        <w:jc w:val="left"/>
      </w:pPr>
      <w:r>
        <w:rPr>
          <w:rFonts w:ascii="Times New Roman" w:hAnsi="Times New Roman" w:eastAsia="Times New Roman" w:cs="Times New Roman"/>
          <w:b/>
          <w:sz w:val="24"/>
        </w:rPr>
        <w:t>AFFIDAVIT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[name of server], being duly sworn, certify and say that on this day, within the boundaries of the state where service was effected, I summoned the within named [name of person subpoenaed] to appear and give evidence as directed by the attached subpoena by delivering [(in-hand to) or (by leaving at)] [address of person subpoenaed]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subpoena, together with [fees] for attendance and travel.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further certify that I am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the above-entitled action and that I am not less than 18 years of age.</w:t>
      </w:r>
    </w:p>
    <w:p>
      <w:pPr>
        <w:keepNext w:val="0"/>
        <w:spacing w:before="200" w:after="0" w:line="260" w:lineRule="exact"/>
        <w:ind w:left="720" w:right="0" w:firstLine="0"/>
        <w:jc w:val="both"/>
      </w:pPr>
      <w:r>
        <w:rPr>
          <w:rFonts w:ascii="Times New Roman" w:hAnsi="Times New Roman" w:eastAsia="Times New Roman" w:cs="Times New Roman"/>
          <w:b w:val="0"/>
          <w:sz w:val="24"/>
        </w:rPr>
        <w:t>Signed under the penalties of perjury this [day] of [month], in the year of [year].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[Signature of server]</w:t>
      </w:r>
    </w:p>
    <w:p>
      <w:pPr/>
    </w:p>
    <w:p>
      <w:pPr>
        <w:keepNext w:val="0"/>
        <w:spacing w:before="120" w:after="0" w:line="260" w:lineRule="exact"/>
        <w:ind w:left="360" w:right="0" w:firstLine="0"/>
        <w:jc w:val="left"/>
      </w:pPr>
      <w:r>
        <w:rPr>
          <w:rFonts w:ascii="Times New Roman" w:hAnsi="Times New Roman" w:eastAsia="Times New Roman" w:cs="Times New Roman"/>
          <w:b w:val="0"/>
          <w:sz w:val="24"/>
        </w:rPr>
        <w:t>SCHEDULE B.</w:t>
      </w:r>
    </w:p>
    <w:p>
      <w:pPr>
        <w:keepNext w:val="0"/>
        <w:spacing w:before="120" w:after="0" w:line="260" w:lineRule="exact"/>
        <w:ind w:left="720" w:right="0" w:firstLine="0"/>
        <w:jc w:val="left"/>
      </w:pPr>
      <w:r>
        <w:rPr>
          <w:rFonts w:ascii="Times New Roman" w:hAnsi="Times New Roman" w:eastAsia="Times New Roman" w:cs="Times New Roman"/>
          <w:b/>
          <w:sz w:val="24"/>
        </w:rPr>
        <w:t>Records Certification Pursuant to Mass. Gen. Laws Ch. 233, § 79G</w:t>
      </w:r>
    </w:p>
    <w:p>
      <w:pPr>
        <w:keepNext w:val="0"/>
        <w:spacing w:before="200" w:after="0" w:line="260" w:lineRule="exact"/>
        <w:ind w:left="1080" w:right="0" w:firstLine="0"/>
        <w:jc w:val="both"/>
      </w:pPr>
      <w:r>
        <w:rPr>
          <w:rFonts w:ascii="Times New Roman" w:hAnsi="Times New Roman" w:eastAsia="Times New Roman" w:cs="Times New Roman"/>
          <w:b w:val="0"/>
          <w:sz w:val="24"/>
        </w:rPr>
        <w:t>I, [name of records custodian], under the pains and penalties of perjury, say that:</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 am the custodian of records for [name of medical provider].</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records attached hereto are true and accurate copies of the reports and records of treatment of [name of patient], date of birth [date], occurring between [date] and [date].</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records attached hereto were made in the routine course of business at or near the time of the event recorded.</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records attached hereto were made by persons with personal knowledge of the facts recorded.</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attached records are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type regularly kept and maintained by [name of provider].</w:t>
      </w:r>
    </w:p>
    <w:p>
      <w:pPr>
        <w:keepNext w:val="0"/>
        <w:spacing w:before="200" w:after="0" w:line="260" w:lineRule="exact"/>
        <w:ind w:left="1080" w:right="0" w:firstLine="0"/>
        <w:jc w:val="center"/>
      </w:pPr>
      <w:r>
        <w:rPr>
          <w:rFonts w:ascii="Times New Roman" w:hAnsi="Times New Roman" w:eastAsia="Times New Roman" w:cs="Times New Roman"/>
          <w:b w:val="0"/>
          <w:sz w:val="24"/>
        </w:rPr>
        <w:t>SIGNED UNDER THE PAINS AND PENALTIES OF PERJURY.</w:t>
      </w:r>
    </w:p>
    <w:p>
      <w:pPr>
        <w:keepNext w:val="0"/>
        <w:spacing w:before="200" w:after="0" w:line="260" w:lineRule="exact"/>
        <w:ind w:left="1080" w:right="0" w:firstLine="0"/>
        <w:jc w:val="both"/>
      </w:pPr>
      <w:r>
        <w:rPr>
          <w:rFonts w:ascii="Times New Roman" w:hAnsi="Times New Roman" w:eastAsia="Times New Roman" w:cs="Times New Roman"/>
          <w:b w:val="0"/>
          <w:sz w:val="24"/>
        </w:rPr>
        <w:t>Dated: [date]</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[Name]</w:t>
      </w:r>
    </w:p>
    <w:p>
      <w:pPr>
        <w:keepNext w:val="0"/>
        <w:spacing w:before="120" w:after="0" w:line="260" w:lineRule="exact"/>
        <w:ind w:left="1080" w:right="0" w:firstLine="0"/>
        <w:jc w:val="left"/>
      </w:pPr>
      <w:r>
        <w:rPr>
          <w:rFonts w:ascii="Times New Roman" w:hAnsi="Times New Roman" w:eastAsia="Times New Roman" w:cs="Times New Roman"/>
          <w:b w:val="0"/>
          <w:sz w:val="24"/>
        </w:rPr>
        <w:t>Records Custodian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