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Subpoena for Trial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b/>
          <w:sz w:val="24"/>
        </w:rPr>
        <w:t>SUBPOENA FOR TRIAL</w:t>
      </w:r>
    </w:p>
    <w:p>
      <w:pPr>
        <w:keepNext w:val="0"/>
        <w:spacing w:before="200" w:after="0" w:line="260" w:lineRule="exact"/>
        <w:ind w:left="720" w:right="0" w:firstLine="0"/>
        <w:jc w:val="both"/>
      </w:pPr>
      <w:r>
        <w:rPr>
          <w:rFonts w:ascii="Times New Roman" w:hAnsi="Times New Roman" w:eastAsia="Times New Roman" w:cs="Times New Roman"/>
          <w:b w:val="0"/>
          <w:sz w:val="24"/>
        </w:rPr>
        <w:t>To: [Name of recipient]</w:t>
      </w:r>
    </w:p>
    <w:p>
      <w:pPr>
        <w:keepNext w:val="0"/>
        <w:spacing w:before="200" w:after="0" w:line="260" w:lineRule="exact"/>
        <w:ind w:left="720" w:right="0" w:firstLine="0"/>
        <w:jc w:val="both"/>
      </w:pPr>
      <w:r>
        <w:rPr>
          <w:rFonts w:ascii="Times New Roman" w:hAnsi="Times New Roman" w:eastAsia="Times New Roman" w:cs="Times New Roman"/>
          <w:b w:val="0"/>
          <w:sz w:val="24"/>
        </w:rPr>
        <w:t>YOU ARE COMMANDED to appear before the Honorable [judge] at [courthouse], in [city], Florida, on [month] [day], [year], at [time], to testify in this matter. You are subpoenaed to appear by the following attorney, and unless excused from this subpoena by this attorney or the court, you must respond to this subpoena as directed. If you fail to appear as specified or object to this subpoena, you may be in contempt of court.</w:t>
      </w:r>
    </w:p>
    <w:p>
      <w:pPr>
        <w:keepNext w:val="0"/>
        <w:spacing w:before="120" w:after="0" w:line="260" w:lineRule="exact"/>
        <w:ind w:left="720" w:right="0" w:firstLine="0"/>
        <w:jc w:val="left"/>
      </w:pPr>
      <w:r>
        <w:rPr>
          <w:rFonts w:ascii="Times New Roman" w:hAnsi="Times New Roman" w:eastAsia="Times New Roman" w:cs="Times New Roman"/>
          <w:b/>
          <w:sz w:val="24"/>
        </w:rPr>
        <w:t>NOTICE TO PERSONS WITH DISABILITIES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who needs any accommodation in order to participate in this proceeding, you are entitled, at no cost to you, to the provision of certain assistance. Please contact [identify applicable court personnel by name, address, and telephone number] at least 7 days before your scheduled court appearance, or immediately upon receiving this notification if the time before the scheduled appearance is less than 7 days; if you are hearing or voice impaired, call 711.</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Clerk]</w:t>
      </w:r>
    </w:p>
    <w:p>
      <w:pPr>
        <w:keepNext w:val="0"/>
        <w:spacing w:before="120" w:after="0" w:line="260" w:lineRule="exact"/>
        <w:ind w:left="360" w:right="0" w:firstLine="0"/>
        <w:jc w:val="left"/>
      </w:pPr>
      <w:r>
        <w:rPr>
          <w:rFonts w:ascii="Times New Roman" w:hAnsi="Times New Roman" w:eastAsia="Times New Roman" w:cs="Times New Roman"/>
          <w:b w:val="0"/>
          <w:sz w:val="24"/>
        </w:rPr>
        <w:t>As Clerk of the Court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As Deputy Clerk</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Florida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[Plaintiff/Defendant]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