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to Produce Documents or Things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Subpoena to Produce Documents or Things</w:t>
      </w:r>
    </w:p>
    <w:p>
      <w:pPr>
        <w:keepNext w:val="0"/>
        <w:spacing w:before="200" w:after="0" w:line="260" w:lineRule="exact"/>
        <w:ind w:left="720" w:right="0" w:firstLine="0"/>
        <w:jc w:val="both"/>
      </w:pPr>
      <w:r>
        <w:rPr>
          <w:rFonts w:ascii="Times New Roman" w:hAnsi="Times New Roman" w:eastAsia="Times New Roman" w:cs="Times New Roman"/>
          <w:b w:val="0"/>
          <w:sz w:val="24"/>
        </w:rPr>
        <w:t>To: [name of person or entity]</w:t>
      </w:r>
    </w:p>
    <w:p>
      <w:pPr>
        <w:keepNext w:val="0"/>
        <w:spacing w:before="200" w:after="0" w:line="260" w:lineRule="exact"/>
        <w:ind w:left="720" w:right="0" w:firstLine="0"/>
        <w:jc w:val="both"/>
      </w:pPr>
      <w:r>
        <w:rPr>
          <w:rFonts w:ascii="Times New Roman" w:hAnsi="Times New Roman" w:eastAsia="Times New Roman" w:cs="Times New Roman"/>
          <w:b w:val="0"/>
          <w:sz w:val="24"/>
        </w:rPr>
        <w:t>Within twenty (20) days after service of this subpoena, you are ordered by the court to produce the following documents or things:</w:t>
      </w:r>
    </w:p>
    <w:p>
      <w:pPr>
        <w:keepNext w:val="0"/>
        <w:spacing w:before="200" w:after="0" w:line="260" w:lineRule="exact"/>
        <w:ind w:left="1080" w:right="0" w:firstLine="0"/>
        <w:jc w:val="both"/>
      </w:pPr>
      <w:r>
        <w:rPr>
          <w:rFonts w:ascii="Times New Roman" w:hAnsi="Times New Roman" w:eastAsia="Times New Roman" w:cs="Times New Roman"/>
          <w:b w:val="0"/>
          <w:sz w:val="24"/>
        </w:rPr>
        <w:t>[list of documents or things to be produced] at [address].</w:t>
      </w:r>
    </w:p>
    <w:p>
      <w:pPr>
        <w:keepNext w:val="0"/>
        <w:spacing w:before="200" w:after="0" w:line="260" w:lineRule="exact"/>
        <w:ind w:left="720" w:right="0" w:firstLine="0"/>
        <w:jc w:val="both"/>
      </w:pPr>
      <w:r>
        <w:rPr>
          <w:rFonts w:ascii="Times New Roman" w:hAnsi="Times New Roman" w:eastAsia="Times New Roman" w:cs="Times New Roman"/>
          <w:b w:val="0"/>
          <w:sz w:val="24"/>
        </w:rPr>
        <w:t>You may deliver or mail legible copies of the documents or produce things requested by this subpoena, together with the certificate of compliance, to the party making this request at the address listed above. You have the right to seek in advance the reasonable cost of preparing the copies or producing the things sought.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fail to produce the documents or things required by this subpoena within twenty (20) days after its service, the party serving this subpoena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compelling you to comply with it.</w:t>
      </w:r>
    </w:p>
    <w:p>
      <w:pPr>
        <w:keepNext w:val="0"/>
        <w:spacing w:before="200" w:after="0" w:line="260" w:lineRule="exact"/>
        <w:ind w:left="720" w:right="0" w:firstLine="0"/>
        <w:jc w:val="both"/>
      </w:pPr>
      <w:r>
        <w:rPr>
          <w:rFonts w:ascii="Times New Roman" w:hAnsi="Times New Roman" w:eastAsia="Times New Roman" w:cs="Times New Roman"/>
          <w:b w:val="0"/>
          <w:sz w:val="24"/>
        </w:rPr>
        <w:t>This subpoena was issued at the request of the following person.</w:t>
      </w:r>
    </w:p>
    <w:p>
      <w:pPr>
        <w:keepNext w:val="0"/>
        <w:spacing w:before="200" w:after="0" w:line="260" w:lineRule="exact"/>
        <w:ind w:left="720" w:right="0" w:firstLine="0"/>
        <w:jc w:val="both"/>
      </w:pPr>
      <w:r>
        <w:rPr>
          <w:rFonts w:ascii="Times New Roman" w:hAnsi="Times New Roman" w:eastAsia="Times New Roman" w:cs="Times New Roman"/>
          <w:b w:val="0"/>
          <w:sz w:val="24"/>
        </w:rPr>
        <w:t>[attorney name]</w:t>
      </w:r>
    </w:p>
    <w:p>
      <w:pPr>
        <w:keepNext w:val="0"/>
        <w:spacing w:before="200" w:after="0" w:line="260" w:lineRule="exact"/>
        <w:ind w:left="720" w:right="0" w:firstLine="0"/>
        <w:jc w:val="both"/>
      </w:pPr>
      <w:r>
        <w:rPr>
          <w:rFonts w:ascii="Times New Roman" w:hAnsi="Times New Roman" w:eastAsia="Times New Roman" w:cs="Times New Roman"/>
          <w:b w:val="0"/>
          <w:sz w:val="24"/>
        </w:rPr>
        <w:t>[identification no.]</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THE COURT: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[Month Day, 20__]</w:t>
      </w:r>
    </w:p>
    <w:p>
      <w:pPr>
        <w:keepNext w:val="0"/>
        <w:spacing w:before="120" w:after="0" w:line="260" w:lineRule="exact"/>
        <w:ind w:left="360" w:right="0" w:firstLine="0"/>
        <w:jc w:val="left"/>
      </w:pPr>
      <w:r>
        <w:rPr>
          <w:rFonts w:ascii="Times New Roman" w:hAnsi="Times New Roman" w:eastAsia="Times New Roman" w:cs="Times New Roman"/>
          <w:b w:val="0"/>
          <w:sz w:val="24"/>
        </w:rPr>
        <w:t>By: [prothonotary]</w:t>
      </w:r>
    </w:p>
    <w:p>
      <w:pPr>
        <w:keepNext w:val="0"/>
        <w:spacing w:before="120" w:after="0" w:line="260" w:lineRule="exact"/>
        <w:ind w:left="360" w:right="0" w:firstLine="0"/>
        <w:jc w:val="left"/>
      </w:pPr>
      <w:r>
        <w:rPr>
          <w:rFonts w:ascii="Times New Roman" w:hAnsi="Times New Roman" w:eastAsia="Times New Roman" w:cs="Times New Roman"/>
          <w:b w:val="0"/>
          <w:sz w:val="24"/>
        </w:rPr>
        <w:t>Seal of the Court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