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Subscription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SUBSCRIPTION AGREEMENT</w:t>
      </w:r>
    </w:p>
    <w:p>
      <w:pPr>
        <w:keepNext w:val="0"/>
        <w:spacing w:before="200" w:after="0" w:line="260" w:lineRule="exact"/>
        <w:ind w:left="720" w:right="0" w:firstLine="0"/>
        <w:jc w:val="both"/>
      </w:pPr>
      <w:r>
        <w:rPr>
          <w:rFonts w:ascii="Times New Roman" w:hAnsi="Times New Roman" w:eastAsia="Times New Roman" w:cs="Times New Roman"/>
          <w:b w:val="0"/>
          <w:sz w:val="24"/>
        </w:rPr>
        <w:t>By executing and delivery of this Subscription Agreement, I hereby;</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Acknowledge receipt of the Private Placement Offering Memorandum for [name of LLC] LLC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Agree to be bound by the terms of the Operating Agreement and Articles of Organization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Agree to purchase Company Unit(s)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of [amount] ($) per Unit in cash upon the terms specified in the Operating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Agree to abide by all terms of the Operating Agreement. Unless noted otherwise, I hereby represent and warrant that:</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investment, “net worth” is defined by Generally Accepted Accounting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Accredited Investor under Rule 501 of the Securities Act of 1933,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can bear the full loss of my investment without significantly adversely affecting my current standard of living and life style. I have further demonstrated to the Manager my financial abilities to absorb any losses that may be incurred from this investment and/or have shown the Manager that my annual income and foreseeable living expenses are sufficient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the Company, as described in the Private Offering Memorandum, prudent.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been urged by the Manager to receive independent outside investment counseling from my CPA, attorney or other investment counsel (“Representative”). I or my Representative have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period of time to review the Private Offering Memorandum, and I am relying solely on my independent investigation and/or on the advice of my Representative and, in addition I have been extended the opportunity of reviewing additional documents which may be supplemental to or explanatory of the aforementioned documents in order to verify the accuracy of the information obtained herein. Further, I have had the opportunity to meet at my convenience with the Manager and its principals in order to discuss this investment with them.</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the non-marketability and risk herein of the investment and the lack of liquidity of the investment.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my entire capital contribution is due upon subscription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I am not investing for the purpose of receiving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periodic basis, and in any event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any distribution of Company profits. I am purchasing these units because I share the investment objectives of the Manager as outlined in the Private Placement Offering Memorandum.</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purchasing for my own account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for the account and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entity) and not on the account of any other person for purposes of long-term investment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indefinite period without any present intention or desire for reselling, giving or assigning my interest in the Company or any portion thereof, including the beneficial interest.</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sufficient knowledge and experience in financial business matters and investment. I have utilized the information in the Offering Memorandum and Operating Agreement in order to evaluate the risks and merits of the proposed investment and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informed investment decision, and I can bear the economic risk of the investments.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the Manager may at any time prior to accepting my subscription refund and pay back to me my entire contribution for Units[, and it will be up to me and/or my Representative to convince the Manager that I have the requisite financial ability, personal or business relationship with the Manager and/or financial capabilities to purchase some of the Units being offered and to bear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risk of loss should it occur].</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the Manager will be relying upon the accuracy and completeness of my responses to the attached questionnaire and I represent and warrant to the Manager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answers to the questions in the attached questionnaire are complete and correct and may be relied upon by the Manager and the Company in determining whether the offering in which I propose to participate is exempt from registration under the Securities Act of 1933, and from qualification under applicable state securities laws; and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will notify the Manager immediately of any material change in any answer given occurring prior to the closing of any purchase by 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hereby grant to the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power of attorney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hereby appoint the Manager as my attorney in fact with power and authority to act in my name and on my behalf to execute, acknowledge and swear to in the execution, acknowledgment and filing of documents in connection with the business of the Company which shall include, by way of illustration, but not of limitation,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Operating Agreement, any separate Articles of Organization, as well as any amendments to the foregoing which, under the laws of the State of [state] or the laws of any other state, are required to be filed or which the Manager deems to be advisable to file;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instrument or document which may be required to be filed by the Company under the laws of any state or by any government agency or which the Manager deems advisable to file;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instrument or document which may be required to effect the continuation of the Company,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substituted Member or the dissolution and termination of the Company (provided such continuation, admission or dissolution and termination are in accordance with the terms of the Operating Agreement), or to reflect any reduction in amount of contributions of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 of attorney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power of attorney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is irrevocable, shall survive my death and is limited to those matters herein set forth.</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 of attorney may be exercised by the Manager, acting alone, for each Member,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signature of the Manager, or by listing all of the Members, executing any instrument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signature of the Manager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for all of them.</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 of attorney shall survive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by me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my units except that, where any assignee of the units owned by me has been approved by the Manager for admission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substituted Member, the special power of attorney shall survive such assignment for the sole purpose of enabling the Manager to execute, acknowledge and file any instrument or document necessary to effect such substitution.</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that the Interests have not been registered under the Securities Act of 1933, as amended (the “Act”), and are being sold pursuant to the exemption provided by Section 4 (2) of that Act relating to private offerings and Regulation D of the Securities and Exchange Commission promulgated thereunder. I agree that my interest in the Company shall not be sold or otherwise transferred contrary to this Subscription Agreement, or the Operating Agreement, or any applicable law and that I have purchased the Interests for investment purposes and not with the intent to redistribute. I further understand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legend will be placed on any certificate or document evidencing my Interests stating that the Interests have not been registered under the Act and that the legend will read as follows: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security has not been registered with the Securities and Exchange Commission under the Securities Act of 1933, as amended (the “Act”) or any state securities acts (the “State Acts”), in reliance upon the exemption from registration provided in Section 4(2) and Regulation D under the Act and similar exemptions under the applicable State Acts. As such, the purchase of this Security was necessarily with the intent of investment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for distribution. Therefore, any subsequent transfer of this security or any interest therein will be unlawful unless it is registered under the Act and any applicable State Acts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is available thereunder. Furthermore, it is unlawful to consummate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transfer of this security or any interest therein, without the opinion of counsel acceptable to the Manager that the proposed transfer or sale does not affect the exemptions relied upon by the Company in originally distributing this security.”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notation in the appropriate records of the Company will be made with respect to any restrictions on transfer of Interests.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further understand that transfer of Units is subject to additional limitations set forth in the Operating Agreement and in the Private Offering Memorandum.</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relied solely upon the Private Offering Memorandum and the independent investigations made by me or my representative with respect to the Units subscribed for herein and no oral or written representation beyond the Private Offering Memorandum has been made to me. I further agree to be bound by the terms contained in the Private Offering Memorandum and [name of LLC], LLC Operating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(we) wish to own my (our) Units as follows (check one):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Separate or individual property. (In community property states, if the purchaser is married, his (her) spouse must submit written consent if community funds will be used to purchase the Units.)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Husband and wife as community property. (Community property states only. Husband and wife should both sign all required documents unless advised by their attorney that one signature is sufficient.)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Joint Tenants with right of survivorship. (Both parties must sign all required documents unless advised by their attorneys that one signature is sufficient.)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Tenants in common. (Both parties must sign all required documents.)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Trust. (Include name of trust, name of trustee and date trust was formed.)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Partnership. (Include evidence of partnership authority for person who executes required documents.)</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(indicate):</w:t>
      </w:r>
    </w:p>
    <w:p>
      <w:pPr>
        <w:keepNext w:val="0"/>
        <w:spacing w:before="200" w:after="0" w:line="260" w:lineRule="exact"/>
        <w:ind w:left="360" w:right="0" w:firstLine="0"/>
        <w:jc w:val="both"/>
      </w:pPr>
      <w:r>
        <w:rPr>
          <w:rFonts w:ascii="Times New Roman" w:hAnsi="Times New Roman" w:eastAsia="Times New Roman" w:cs="Times New Roman"/>
          <w:b/>
          <w:sz w:val="24"/>
        </w:rPr>
        <w:t>(SPECIAL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all cases, the person/entity making the investment decision to purchase the Units must complete and sign the Subscription Agreement. For example, retirement plans often hold certain investments in trust for their beneficiaries. If the beneficiary maintains investment control and discretion, the beneficiary must complete and execute the Subscription Agreement. On the other hand,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trustee has investment control and discretion, the third party trustee must complete and execute the Subscription Agreement.)</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Please enclose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W-9 with this Subscription Agreement.</w:t>
      </w:r>
    </w:p>
    <w:p>
      <w:pPr>
        <w:keepNext w:val="0"/>
        <w:spacing w:before="200" w:after="0" w:line="260" w:lineRule="exact"/>
        <w:ind w:left="720" w:right="0" w:firstLine="0"/>
        <w:jc w:val="both"/>
      </w:pPr>
      <w:r>
        <w:rPr>
          <w:rFonts w:ascii="Times New Roman" w:hAnsi="Times New Roman" w:eastAsia="Times New Roman" w:cs="Times New Roman"/>
          <w:b/>
          <w:sz w:val="24"/>
        </w:rPr>
        <w:t>CONFIDENTIAL</w:t>
      </w:r>
    </w:p>
    <w:p>
      <w:pPr>
        <w:keepNext w:val="0"/>
        <w:spacing w:before="200" w:after="0" w:line="260" w:lineRule="exact"/>
        <w:ind w:left="720" w:right="0" w:firstLine="0"/>
        <w:jc w:val="both"/>
      </w:pPr>
      <w:r>
        <w:rPr>
          <w:rFonts w:ascii="Times New Roman" w:hAnsi="Times New Roman" w:eastAsia="Times New Roman" w:cs="Times New Roman"/>
          <w:b/>
          <w:sz w:val="24"/>
        </w:rPr>
        <w:t>INVESTOR QUESTIONNAIRE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complete the following questionnaire. It is important that your answers are accurate as the Manager will be relying on your answers in ascertaining, pursuant to applicable securities laws, whether you are eligible to participate in the investment.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is not applicable to you, please indicate by inserting N/</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center"/>
      </w:pPr>
      <w:r>
        <w:rPr>
          <w:rFonts w:ascii="Times New Roman" w:hAnsi="Times New Roman" w:eastAsia="Times New Roman" w:cs="Times New Roman"/>
          <w:b w:val="0"/>
          <w:sz w:val="24"/>
        </w:rPr>
        <w:t>PERSONAL DATA</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[name]</w:t>
      </w:r>
    </w:p>
    <w:p>
      <w:pPr>
        <w:keepNext w:val="0"/>
        <w:spacing w:before="200" w:after="0" w:line="260" w:lineRule="exact"/>
        <w:ind w:left="1800" w:right="0" w:firstLine="0"/>
        <w:jc w:val="both"/>
      </w:pPr>
      <w:r>
        <w:rPr>
          <w:rFonts w:ascii="Times New Roman" w:hAnsi="Times New Roman" w:eastAsia="Times New Roman" w:cs="Times New Roman"/>
          <w:b w:val="0"/>
          <w:sz w:val="24"/>
        </w:rPr>
        <w:t>Age: [age] S.S.No. [#]</w:t>
      </w:r>
    </w:p>
    <w:p>
      <w:pPr>
        <w:keepNext w:val="0"/>
        <w:spacing w:before="200" w:after="0" w:line="260" w:lineRule="exact"/>
        <w:ind w:left="1800" w:right="0" w:firstLine="0"/>
        <w:jc w:val="both"/>
      </w:pPr>
      <w:r>
        <w:rPr>
          <w:rFonts w:ascii="Times New Roman" w:hAnsi="Times New Roman" w:eastAsia="Times New Roman" w:cs="Times New Roman"/>
          <w:b w:val="0"/>
          <w:sz w:val="24"/>
        </w:rPr>
        <w:t>Spouse’s Name: [name]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Home Address: [address]</w:t>
      </w:r>
    </w:p>
    <w:p>
      <w:pPr>
        <w:keepNext w:val="0"/>
        <w:spacing w:before="200" w:after="0" w:line="260" w:lineRule="exact"/>
        <w:ind w:left="1800" w:right="0" w:firstLine="0"/>
        <w:jc w:val="both"/>
      </w:pPr>
      <w:r>
        <w:rPr>
          <w:rFonts w:ascii="Times New Roman" w:hAnsi="Times New Roman" w:eastAsia="Times New Roman" w:cs="Times New Roman"/>
          <w:b w:val="0"/>
          <w:sz w:val="24"/>
        </w:rPr>
        <w:t>Home Telephone No.: [number]</w:t>
      </w:r>
    </w:p>
    <w:p>
      <w:pPr>
        <w:keepNext w:val="0"/>
        <w:spacing w:before="200" w:after="0" w:line="260" w:lineRule="exact"/>
        <w:ind w:left="1800" w:right="0" w:firstLine="0"/>
        <w:jc w:val="both"/>
      </w:pPr>
      <w:r>
        <w:rPr>
          <w:rFonts w:ascii="Times New Roman" w:hAnsi="Times New Roman" w:eastAsia="Times New Roman" w:cs="Times New Roman"/>
          <w:b w:val="0"/>
          <w:sz w:val="24"/>
        </w:rPr>
        <w:t>How Long At This Address: [years]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 of Employer: [name]</w:t>
      </w:r>
    </w:p>
    <w:p>
      <w:pPr>
        <w:keepNext w:val="0"/>
        <w:spacing w:before="200" w:after="0" w:line="260" w:lineRule="exact"/>
        <w:ind w:left="1800" w:right="0" w:firstLine="0"/>
        <w:jc w:val="both"/>
      </w:pPr>
      <w:r>
        <w:rPr>
          <w:rFonts w:ascii="Times New Roman" w:hAnsi="Times New Roman" w:eastAsia="Times New Roman" w:cs="Times New Roman"/>
          <w:b w:val="0"/>
          <w:sz w:val="24"/>
        </w:rPr>
        <w:t>Business Address: [address]</w:t>
      </w:r>
    </w:p>
    <w:p>
      <w:pPr>
        <w:keepNext w:val="0"/>
        <w:spacing w:before="200" w:after="0" w:line="260" w:lineRule="exact"/>
        <w:ind w:left="1800" w:right="0" w:firstLine="0"/>
        <w:jc w:val="both"/>
      </w:pPr>
      <w:r>
        <w:rPr>
          <w:rFonts w:ascii="Times New Roman" w:hAnsi="Times New Roman" w:eastAsia="Times New Roman" w:cs="Times New Roman"/>
          <w:b w:val="0"/>
          <w:sz w:val="24"/>
        </w:rPr>
        <w:t>Position: [title]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state of incorporation: [state]</w:t>
      </w:r>
    </w:p>
    <w:p>
      <w:pPr>
        <w:keepNext w:val="0"/>
        <w:spacing w:before="200" w:after="0" w:line="260" w:lineRule="exact"/>
        <w:ind w:left="1800" w:right="0" w:firstLine="0"/>
        <w:jc w:val="both"/>
      </w:pPr>
      <w:r>
        <w:rPr>
          <w:rFonts w:ascii="Times New Roman" w:hAnsi="Times New Roman" w:eastAsia="Times New Roman" w:cs="Times New Roman"/>
          <w:b w:val="0"/>
          <w:sz w:val="24"/>
        </w:rPr>
        <w:t>Was the corporation formed specifically to acquire Units in this Company: [yes or no]</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what are the names and addresses of the partners: [names of all partners]</w:t>
      </w:r>
    </w:p>
    <w:p>
      <w:pPr>
        <w:keepNext w:val="0"/>
        <w:spacing w:before="200" w:after="0" w:line="260" w:lineRule="exact"/>
        <w:ind w:left="1800" w:right="0" w:firstLine="0"/>
        <w:jc w:val="both"/>
      </w:pPr>
      <w:r>
        <w:rPr>
          <w:rFonts w:ascii="Times New Roman" w:hAnsi="Times New Roman" w:eastAsia="Times New Roman" w:cs="Times New Roman"/>
          <w:b w:val="0"/>
          <w:sz w:val="24"/>
        </w:rPr>
        <w:t>Was the Partnership formed specifically to acquire Units in this Company: [yes or no]</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what are the names and addresses of the managers and members: [names of all managers/members]</w:t>
      </w:r>
    </w:p>
    <w:p>
      <w:pPr>
        <w:keepNext w:val="0"/>
        <w:spacing w:before="200" w:after="0" w:line="260" w:lineRule="exact"/>
        <w:ind w:left="1800" w:right="0" w:firstLine="0"/>
        <w:jc w:val="both"/>
      </w:pPr>
      <w:r>
        <w:rPr>
          <w:rFonts w:ascii="Times New Roman" w:hAnsi="Times New Roman" w:eastAsia="Times New Roman" w:cs="Times New Roman"/>
          <w:b w:val="0"/>
          <w:sz w:val="24"/>
        </w:rPr>
        <w:t>Was the limited liability company formed specifically to acquire Units in this Company: [yes or no]</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Driver’s License State of Issuance and No.: [state and number]</w:t>
      </w:r>
    </w:p>
    <w:p>
      <w:pPr>
        <w:keepNext w:val="0"/>
        <w:spacing w:before="200" w:after="0" w:line="260" w:lineRule="exact"/>
        <w:ind w:left="1440" w:right="0" w:firstLine="0"/>
        <w:jc w:val="center"/>
      </w:pPr>
      <w:r>
        <w:rPr>
          <w:rFonts w:ascii="Times New Roman" w:hAnsi="Times New Roman" w:eastAsia="Times New Roman" w:cs="Times New Roman"/>
          <w:b w:val="0"/>
          <w:sz w:val="24"/>
        </w:rPr>
        <w:t>FINANCIAL DATA &amp; EDUCATIONAL BACKGROUND</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Net worth of myself inclusive of my home, home furnishings and automobile is: $ [amount]</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and my spouse’s combined income for the past two years was as follows:</w:t>
      </w:r>
    </w:p>
    <w:p>
      <w:pPr>
        <w:keepNext w:val="0"/>
        <w:spacing w:before="200" w:after="0" w:line="260" w:lineRule="exact"/>
        <w:ind w:left="2160" w:right="0" w:firstLine="0"/>
        <w:jc w:val="both"/>
      </w:pPr>
      <w:r>
        <w:rPr>
          <w:rFonts w:ascii="Times New Roman" w:hAnsi="Times New Roman" w:eastAsia="Times New Roman" w:cs="Times New Roman"/>
          <w:b w:val="0"/>
          <w:sz w:val="24"/>
        </w:rPr>
        <w:t>Two Years Ago $</w:t>
      </w:r>
    </w:p>
    <w:p>
      <w:pPr>
        <w:keepNext w:val="0"/>
        <w:spacing w:before="200" w:after="0" w:line="260" w:lineRule="exact"/>
        <w:ind w:left="2160" w:right="0" w:firstLine="0"/>
        <w:jc w:val="both"/>
      </w:pPr>
      <w:r>
        <w:rPr>
          <w:rFonts w:ascii="Times New Roman" w:hAnsi="Times New Roman" w:eastAsia="Times New Roman" w:cs="Times New Roman"/>
          <w:b w:val="0"/>
          <w:sz w:val="24"/>
        </w:rPr>
        <w:t>$ [amount]</w:t>
      </w:r>
    </w:p>
    <w:p>
      <w:pPr>
        <w:keepNext w:val="0"/>
        <w:spacing w:before="200" w:after="0" w:line="260" w:lineRule="exact"/>
        <w:ind w:left="2160" w:right="0" w:firstLine="0"/>
        <w:jc w:val="both"/>
      </w:pPr>
      <w:r>
        <w:rPr>
          <w:rFonts w:ascii="Times New Roman" w:hAnsi="Times New Roman" w:eastAsia="Times New Roman" w:cs="Times New Roman"/>
          <w:b w:val="0"/>
          <w:sz w:val="24"/>
        </w:rPr>
        <w:t>Last Year $</w:t>
      </w:r>
    </w:p>
    <w:p>
      <w:pPr>
        <w:keepNext w:val="0"/>
        <w:spacing w:before="200" w:after="0" w:line="260" w:lineRule="exact"/>
        <w:ind w:left="2160" w:right="0" w:firstLine="0"/>
        <w:jc w:val="both"/>
      </w:pPr>
      <w:r>
        <w:rPr>
          <w:rFonts w:ascii="Times New Roman" w:hAnsi="Times New Roman" w:eastAsia="Times New Roman" w:cs="Times New Roman"/>
          <w:b w:val="0"/>
          <w:sz w:val="24"/>
        </w:rPr>
        <w:t>$ [amount]</w:t>
      </w:r>
    </w:p>
    <w:p>
      <w:pPr>
        <w:keepNext w:val="0"/>
        <w:spacing w:before="200" w:after="0" w:line="260" w:lineRule="exact"/>
        <w:ind w:left="2160" w:right="0" w:firstLine="0"/>
        <w:jc w:val="both"/>
      </w:pPr>
      <w:r>
        <w:rPr>
          <w:rFonts w:ascii="Times New Roman" w:hAnsi="Times New Roman" w:eastAsia="Times New Roman" w:cs="Times New Roman"/>
          <w:b w:val="0"/>
          <w:sz w:val="24"/>
        </w:rPr>
        <w:t>Current Year (Anticipated):</w:t>
      </w:r>
    </w:p>
    <w:p>
      <w:pPr>
        <w:keepNext w:val="0"/>
        <w:spacing w:before="200" w:after="0" w:line="260" w:lineRule="exact"/>
        <w:ind w:left="2160" w:right="0" w:firstLine="0"/>
        <w:jc w:val="both"/>
      </w:pPr>
      <w:r>
        <w:rPr>
          <w:rFonts w:ascii="Times New Roman" w:hAnsi="Times New Roman" w:eastAsia="Times New Roman" w:cs="Times New Roman"/>
          <w:b w:val="0"/>
          <w:sz w:val="24"/>
        </w:rPr>
        <w:t>$ [amount]</w:t>
      </w:r>
    </w:p>
    <w:p>
      <w:pPr>
        <w:keepNext w:val="0"/>
        <w:spacing w:before="200" w:after="0" w:line="260" w:lineRule="exact"/>
        <w:ind w:left="2160" w:right="0" w:firstLine="0"/>
        <w:jc w:val="both"/>
      </w:pPr>
      <w:r>
        <w:rPr>
          <w:rFonts w:ascii="Times New Roman" w:hAnsi="Times New Roman" w:eastAsia="Times New Roman" w:cs="Times New Roman"/>
          <w:b w:val="0"/>
          <w:sz w:val="24"/>
        </w:rPr>
        <w:t>____________________ Initials</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Have you previously participated in other private placements of securities (e.g. common stock, limited partnership interests, etc.)?</w:t>
      </w:r>
    </w:p>
    <w:p>
      <w:pPr>
        <w:keepNext w:val="0"/>
        <w:spacing w:before="200" w:after="0" w:line="260" w:lineRule="exact"/>
        <w:ind w:left="1800" w:right="0" w:firstLine="0"/>
        <w:jc w:val="both"/>
      </w:pPr>
      <w:r>
        <w:rPr>
          <w:rFonts w:ascii="Times New Roman" w:hAnsi="Times New Roman" w:eastAsia="Times New Roman" w:cs="Times New Roman"/>
          <w:b w:val="0"/>
          <w:sz w:val="24"/>
        </w:rPr>
        <w:t>Yes _____________ No _____________</w:t>
      </w:r>
    </w:p>
    <w:p>
      <w:pPr>
        <w:keepNext w:val="0"/>
        <w:spacing w:before="120" w:after="0" w:line="260" w:lineRule="exact"/>
        <w:ind w:left="1800" w:right="0" w:firstLine="0"/>
        <w:jc w:val="left"/>
      </w:pPr>
      <w:r>
        <w:rPr>
          <w:rFonts w:ascii="Times New Roman" w:hAnsi="Times New Roman" w:eastAsia="Times New Roman" w:cs="Times New Roman"/>
          <w:b w:val="0"/>
          <w:sz w:val="24"/>
        </w:rPr>
        <w:t>11.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Have you previously participated in any of the following types of investments?</w:t>
      </w:r>
    </w:p>
    <w:p>
      <w:pPr>
        <w:keepNext w:val="0"/>
        <w:spacing w:before="200" w:after="0" w:line="260" w:lineRule="exact"/>
        <w:ind w:left="1800" w:right="0" w:firstLine="0"/>
        <w:jc w:val="both"/>
      </w:pPr>
      <w:r>
        <w:rPr>
          <w:rFonts w:ascii="Times New Roman" w:hAnsi="Times New Roman" w:eastAsia="Times New Roman" w:cs="Times New Roman"/>
          <w:b w:val="0"/>
          <w:sz w:val="24"/>
        </w:rPr>
        <w:t>If yes, please indicate:</w:t>
      </w:r>
    </w:p>
    <w:p>
      <w:pPr>
        <w:keepNext w:val="0"/>
        <w:spacing w:before="120" w:after="0" w:line="260" w:lineRule="exact"/>
        <w:ind w:left="1800" w:right="0" w:firstLine="0"/>
        <w:jc w:val="left"/>
      </w:pPr>
      <w:r>
        <w:rPr>
          <w:rFonts w:ascii="Times New Roman" w:hAnsi="Times New Roman" w:eastAsia="Times New Roman" w:cs="Times New Roman"/>
          <w:b w:val="0"/>
          <w:sz w:val="24"/>
        </w:rPr>
        <w:t>12.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you have answered “yes” to question #10 or #11 above, please describe any dissatisfaction you experienced with these investments:</w:t>
      </w:r>
    </w:p>
    <w:p>
      <w:pPr>
        <w:keepNext w:val="0"/>
        <w:spacing w:before="200" w:after="0" w:line="260" w:lineRule="exact"/>
        <w:ind w:left="2160" w:right="0" w:firstLine="0"/>
        <w:jc w:val="both"/>
      </w:pPr>
      <w:r>
        <w:rPr>
          <w:rFonts w:ascii="Times New Roman" w:hAnsi="Times New Roman" w:eastAsia="Times New Roman" w:cs="Times New Roman"/>
          <w:b w:val="0"/>
          <w:sz w:val="24"/>
        </w:rPr>
        <w:t>[describe if applicable]</w:t>
      </w:r>
    </w:p>
    <w:p>
      <w:pPr>
        <w:keepNext w:val="0"/>
        <w:spacing w:before="120" w:after="0" w:line="260" w:lineRule="exact"/>
        <w:ind w:left="1800" w:right="0" w:firstLine="0"/>
        <w:jc w:val="left"/>
      </w:pPr>
      <w:r>
        <w:rPr>
          <w:rFonts w:ascii="Times New Roman" w:hAnsi="Times New Roman" w:eastAsia="Times New Roman" w:cs="Times New Roman"/>
          <w:b w:val="0"/>
          <w:sz w:val="24"/>
        </w:rPr>
        <w:t>13.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name, address and occupation of my advisor(s) in connection with this investment are as follows: (If none, please so state.)</w:t>
      </w:r>
    </w:p>
    <w:p>
      <w:pPr>
        <w:keepNext w:val="0"/>
        <w:spacing w:before="200" w:after="0" w:line="260" w:lineRule="exact"/>
        <w:ind w:left="1800" w:right="0" w:firstLine="0"/>
        <w:jc w:val="both"/>
      </w:pPr>
      <w:r>
        <w:rPr>
          <w:rFonts w:ascii="Times New Roman" w:hAnsi="Times New Roman" w:eastAsia="Times New Roman" w:cs="Times New Roman"/>
          <w:b w:val="0"/>
          <w:sz w:val="24"/>
        </w:rPr>
        <w:t>[name. and occupation]</w:t>
      </w:r>
    </w:p>
    <w:p>
      <w:pPr>
        <w:keepNext w:val="0"/>
        <w:spacing w:before="200" w:after="0" w:line="260" w:lineRule="exact"/>
        <w:ind w:left="1800" w:right="0" w:firstLine="0"/>
        <w:jc w:val="both"/>
      </w:pPr>
      <w:r>
        <w:rPr>
          <w:rFonts w:ascii="Times New Roman" w:hAnsi="Times New Roman" w:eastAsia="Times New Roman" w:cs="Times New Roman"/>
          <w:b w:val="0"/>
          <w:sz w:val="24"/>
        </w:rPr>
        <w:t>[name. and occupation]</w:t>
      </w:r>
    </w:p>
    <w:p>
      <w:pPr>
        <w:keepNext w:val="0"/>
        <w:spacing w:before="200" w:after="0" w:line="260" w:lineRule="exact"/>
        <w:ind w:left="1800" w:right="0" w:firstLine="0"/>
        <w:jc w:val="both"/>
      </w:pPr>
      <w:r>
        <w:rPr>
          <w:rFonts w:ascii="Times New Roman" w:hAnsi="Times New Roman" w:eastAsia="Times New Roman" w:cs="Times New Roman"/>
          <w:b w:val="0"/>
          <w:sz w:val="24"/>
        </w:rPr>
        <w:t>[name. and occupation]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