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Subscription to Shares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I, [name], subscribe for [number] shares, par value $[par value] per share, of [name of corporation],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New York corporation, the certificate of incorporation of which was filed by the Department of State of the State of New York on [date], and agree to pay $[amount] for the above shares in the following manner: [percentage] percent ( %) of the amount subscribed on the signing of this subscription, and [percentage] percent on the first day of each and every month after the date of this subscription until the full par value has been paid, at which time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certificate or certificates shall be issued to me for the number of shares subscribed for.</w:t>
      </w:r>
    </w:p>
    <w:p>
      <w:pPr>
        <w:keepNext w:val="0"/>
        <w:spacing w:before="200" w:after="0" w:line="260" w:lineRule="exact"/>
        <w:ind w:left="360" w:right="0" w:firstLine="0"/>
        <w:jc w:val="right"/>
      </w:pPr>
      <w:r>
        <w:rPr>
          <w:rFonts w:ascii="Times New Roman" w:hAnsi="Times New Roman" w:eastAsia="Times New Roman" w:cs="Times New Roman"/>
          <w:b w:val="0"/>
          <w:sz w:val="24"/>
        </w:rPr>
        <w:t>Dated: [date].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Subscription Accepted</w:t>
      </w:r>
    </w:p>
    <w:p>
      <w:pPr>
        <w:keepNext w:val="0"/>
        <w:spacing w:before="200" w:after="0" w:line="260" w:lineRule="exact"/>
        <w:ind w:left="360" w:right="0" w:firstLine="0"/>
        <w:jc w:val="right"/>
      </w:pPr>
      <w:r>
        <w:rPr>
          <w:rFonts w:ascii="Times New Roman" w:hAnsi="Times New Roman" w:eastAsia="Times New Roman" w:cs="Times New Roman"/>
          <w:b w:val="0"/>
          <w:sz w:val="24"/>
        </w:rPr>
        <w:t>[date]</w:t>
      </w:r>
    </w:p>
    <w:p>
      <w:pPr>
        <w:keepNext w:val="0"/>
        <w:spacing w:before="200" w:after="0" w:line="260" w:lineRule="exact"/>
        <w:ind w:left="360" w:right="0" w:firstLine="0"/>
        <w:jc w:val="right"/>
      </w:pPr>
      <w:r>
        <w:rPr>
          <w:rFonts w:ascii="Times New Roman" w:hAnsi="Times New Roman" w:eastAsia="Times New Roman" w:cs="Times New Roman"/>
          <w:b w:val="0"/>
          <w:sz w:val="24"/>
        </w:rPr>
        <w:t>[name of company]</w:t>
      </w:r>
    </w:p>
    <w:p>
      <w:pPr>
        <w:keepNext w:val="0"/>
        <w:spacing w:before="200" w:after="0" w:line="260" w:lineRule="exact"/>
        <w:ind w:left="360" w:right="0" w:firstLine="0"/>
        <w:jc w:val="right"/>
      </w:pPr>
      <w:r>
        <w:rPr>
          <w:rFonts w:ascii="Times New Roman" w:hAnsi="Times New Roman" w:eastAsia="Times New Roman" w:cs="Times New Roman"/>
          <w:b w:val="0"/>
          <w:sz w:val="24"/>
        </w:rPr>
        <w:t>(</w:t>
      </w:r>
      <w:r>
        <w:rPr>
          <w:rFonts w:ascii="Times New Roman" w:hAnsi="Times New Roman" w:eastAsia="Times New Roman" w:cs="Times New Roman"/>
          <w:b w:val="0"/>
          <w:sz w:val="24"/>
        </w:rPr>
        <w:t>Signature</w:t>
      </w:r>
      <w:r>
        <w:rPr>
          <w:rFonts w:ascii="Times New Roman" w:hAnsi="Times New Roman" w:eastAsia="Times New Roman" w:cs="Times New Roman"/>
          <w:b w:val="0"/>
          <w:sz w:val="24"/>
        </w:rPr>
        <w:t>)</w:t>
      </w:r>
    </w:p>
    <w:p>
      <w:pPr>
        <w:keepNext w:val="0"/>
        <w:spacing w:before="200" w:after="0" w:line="260" w:lineRule="exact"/>
        <w:ind w:left="360" w:right="0" w:firstLine="0"/>
        <w:jc w:val="right"/>
      </w:pPr>
      <w:r>
        <w:rPr>
          <w:rFonts w:ascii="Times New Roman" w:hAnsi="Times New Roman" w:eastAsia="Times New Roman" w:cs="Times New Roman"/>
          <w:b w:val="0"/>
          <w:sz w:val="24"/>
        </w:rPr>
        <w:t>(Print name below signature)</w:t>
      </w:r>
    </w:p>
    <w:p>
      <w:pPr>
        <w:keepNext w:val="0"/>
        <w:spacing w:before="200" w:after="0" w:line="260" w:lineRule="exact"/>
        <w:ind w:left="360" w:right="0" w:firstLine="0"/>
        <w:jc w:val="right"/>
      </w:pPr>
      <w:r>
        <w:rPr>
          <w:rFonts w:ascii="Times New Roman" w:hAnsi="Times New Roman" w:eastAsia="Times New Roman" w:cs="Times New Roman"/>
          <w:b w:val="0"/>
          <w:sz w:val="24"/>
        </w:rPr>
        <w:t>Subscriber</w:t>
      </w:r>
    </w:p>
    <w:p>
      <w:pPr>
        <w:keepNext w:val="0"/>
        <w:spacing w:before="200" w:after="0" w:line="260" w:lineRule="exact"/>
        <w:ind w:left="360" w:right="0" w:firstLine="0"/>
        <w:jc w:val="righ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[P.O. Address] 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by (</w:t>
      </w:r>
      <w:r>
        <w:rPr>
          <w:rFonts w:ascii="Times New Roman" w:hAnsi="Times New Roman" w:eastAsia="Times New Roman" w:cs="Times New Roman"/>
          <w:b w:val="0"/>
          <w:sz w:val="24"/>
        </w:rPr>
        <w:t>Signature</w:t>
      </w:r>
      <w:r>
        <w:rPr>
          <w:rFonts w:ascii="Times New Roman" w:hAnsi="Times New Roman" w:eastAsia="Times New Roman" w:cs="Times New Roman"/>
          <w:b w:val="0"/>
          <w:sz w:val="24"/>
        </w:rPr>
        <w:t>)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(Print name to be signed)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(Title)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