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Summary Judgment Motion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b/>
          <w:sz w:val="24"/>
        </w:rPr>
        <w:t>DEFENDANT'S STATEMENT OF UNDISPUTED MATERIAL FACTS IN</w:t>
      </w:r>
      <w:r>
        <w:rPr>
          <w:rFonts w:ascii="Times New Roman" w:hAnsi="Times New Roman" w:eastAsia="Times New Roman" w:cs="Times New Roman"/>
          <w:b w:val="0"/>
          <w:sz w:val="24"/>
        </w:rPr>
        <w:t xml:space="preserve"> </w:t>
      </w:r>
      <w:r>
        <w:rPr>
          <w:rFonts w:ascii="Times New Roman" w:hAnsi="Times New Roman" w:eastAsia="Times New Roman" w:cs="Times New Roman"/>
          <w:sz w:val="24"/>
        </w:rPr>
        <w:br/>
      </w:r>
      <w:r>
        <w:rPr>
          <w:rFonts w:ascii="Times New Roman" w:hAnsi="Times New Roman" w:eastAsia="Times New Roman" w:cs="Times New Roman"/>
          <w:b/>
          <w:sz w:val="24"/>
        </w:rPr>
        <w:t>SUPPORT OF DEFENDANT'S MOTION FOR SUMMARY JUDGMENT</w:t>
      </w:r>
    </w:p>
    <w:p>
      <w:pPr>
        <w:keepNext w:val="0"/>
        <w:spacing w:before="200" w:after="0" w:line="260" w:lineRule="exact"/>
        <w:ind w:left="720" w:right="0" w:firstLine="0"/>
        <w:jc w:val="both"/>
      </w:pPr>
      <w:r>
        <w:rPr>
          <w:rFonts w:ascii="Times New Roman" w:hAnsi="Times New Roman" w:eastAsia="Times New Roman" w:cs="Times New Roman"/>
          <w:b w:val="0"/>
          <w:sz w:val="24"/>
        </w:rPr>
        <w:t>The Defendant, [defendant's name] ("Defendant"), in consideration of its pending Motion for Summary Judgment filed under Fla. R. Civ. P. 1.510 hereby submits [his/her/its] concise statement of material facts to accompany the Defendant's Motion for Summary Judgment.</w:t>
      </w:r>
    </w:p>
    <w:p>
      <w:pPr>
        <w:keepNext w:val="0"/>
        <w:spacing w:before="120" w:after="0" w:line="260" w:lineRule="exact"/>
        <w:ind w:left="360" w:right="0" w:firstLine="0"/>
        <w:jc w:val="left"/>
      </w:pPr>
      <w:r>
        <w:rPr>
          <w:rFonts w:ascii="Times New Roman" w:hAnsi="Times New Roman" w:eastAsia="Times New Roman" w:cs="Times New Roman"/>
          <w:b/>
          <w:sz w:val="24"/>
        </w:rPr>
        <w:t>STATEMENT OF MATERIAL FACTS</w:t>
      </w:r>
    </w:p>
    <w:p>
      <w:pPr>
        <w:keepNext w:val="0"/>
        <w:spacing w:before="200" w:after="0" w:line="260" w:lineRule="exact"/>
        <w:ind w:left="720" w:right="0" w:firstLine="0"/>
        <w:jc w:val="both"/>
      </w:pPr>
      <w:r>
        <w:rPr>
          <w:rFonts w:ascii="Times New Roman" w:hAnsi="Times New Roman" w:eastAsia="Times New Roman" w:cs="Times New Roman"/>
          <w:b w:val="0"/>
          <w:sz w:val="24"/>
        </w:rPr>
        <w:t>For the purposes of this summary judgment motion only, the Defendant makes the following statement of material facts, some of which are admitted by the movant and some which are supported by the pleadings and discovery:</w:t>
      </w:r>
    </w:p>
    <w:p>
      <w:pPr>
        <w:keepNext w:val="0"/>
        <w:spacing w:before="120" w:after="0" w:line="260" w:lineRule="exact"/>
        <w:ind w:left="1080" w:right="0" w:firstLine="0"/>
        <w:jc w:val="left"/>
      </w:pPr>
      <w:r>
        <w:rPr>
          <w:rFonts w:ascii="Times New Roman" w:hAnsi="Times New Roman" w:eastAsia="Times New Roman" w:cs="Times New Roman"/>
          <w:b w:val="0"/>
          <w:sz w:val="24"/>
        </w:rPr>
        <w:t>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Plaintiff, [plaintiff's name], alleges that she slipped and fell in the parking lot as she proceeded to the store located at [street address and town], Florida ("subject store") on [date of accident]. Plaintiff's Complaint, attached hereto at Exhibit </w:t>
      </w:r>
      <w:r>
        <w:rPr>
          <w:rFonts w:ascii="Times New Roman" w:hAnsi="Times New Roman" w:eastAsia="Times New Roman" w:cs="Times New Roman"/>
          <w:b/>
          <w:sz w:val="24"/>
        </w:rPr>
        <w:t>A</w:t>
      </w:r>
      <w:r>
        <w:rPr>
          <w:rFonts w:ascii="Times New Roman" w:hAnsi="Times New Roman" w:eastAsia="Times New Roman" w:cs="Times New Roman"/>
          <w:b w:val="0"/>
          <w:sz w:val="24"/>
        </w:rPr>
        <w:t>, at [paragraph numbers].</w:t>
      </w:r>
    </w:p>
    <w:p>
      <w:pPr>
        <w:keepNext w:val="0"/>
        <w:spacing w:before="120" w:after="0" w:line="260" w:lineRule="exact"/>
        <w:ind w:left="1080" w:right="0" w:firstLine="0"/>
        <w:jc w:val="left"/>
      </w:pPr>
      <w:r>
        <w:rPr>
          <w:rFonts w:ascii="Times New Roman" w:hAnsi="Times New Roman" w:eastAsia="Times New Roman" w:cs="Times New Roman"/>
          <w:b w:val="0"/>
          <w:sz w:val="24"/>
        </w:rPr>
        <w:t>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Plaintiff alleges that, as it was raining, she moved quickly to attempt to stay dry. Exhibit </w:t>
      </w:r>
      <w:r>
        <w:rPr>
          <w:rFonts w:ascii="Times New Roman" w:hAnsi="Times New Roman" w:eastAsia="Times New Roman" w:cs="Times New Roman"/>
          <w:b/>
          <w:sz w:val="24"/>
        </w:rPr>
        <w:t>A</w:t>
      </w:r>
      <w:r>
        <w:rPr>
          <w:rFonts w:ascii="Times New Roman" w:hAnsi="Times New Roman" w:eastAsia="Times New Roman" w:cs="Times New Roman"/>
          <w:b w:val="0"/>
          <w:sz w:val="24"/>
        </w:rPr>
        <w:t>, at [paragraph numbers].</w:t>
      </w:r>
    </w:p>
    <w:p>
      <w:pPr>
        <w:keepNext w:val="0"/>
        <w:spacing w:before="120" w:after="0" w:line="260" w:lineRule="exact"/>
        <w:ind w:left="1080" w:right="0" w:firstLine="0"/>
        <w:jc w:val="left"/>
      </w:pPr>
      <w:r>
        <w:rPr>
          <w:rFonts w:ascii="Times New Roman" w:hAnsi="Times New Roman" w:eastAsia="Times New Roman" w:cs="Times New Roman"/>
          <w:b w:val="0"/>
          <w:sz w:val="24"/>
        </w:rPr>
        <w:t>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Plaintiff alleges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]s she ran, she was caused to fall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debris and trash in the parking lot." Exhibit </w:t>
      </w:r>
      <w:r>
        <w:rPr>
          <w:rFonts w:ascii="Times New Roman" w:hAnsi="Times New Roman" w:eastAsia="Times New Roman" w:cs="Times New Roman"/>
          <w:b/>
          <w:sz w:val="24"/>
        </w:rPr>
        <w:t>A</w:t>
      </w:r>
      <w:r>
        <w:rPr>
          <w:rFonts w:ascii="Times New Roman" w:hAnsi="Times New Roman" w:eastAsia="Times New Roman" w:cs="Times New Roman"/>
          <w:b w:val="0"/>
          <w:sz w:val="24"/>
        </w:rPr>
        <w:t>, at [paragraph numbers].</w:t>
      </w:r>
    </w:p>
    <w:p>
      <w:pPr>
        <w:keepNext w:val="0"/>
        <w:spacing w:before="120" w:after="0" w:line="260" w:lineRule="exact"/>
        <w:ind w:left="1080" w:right="0" w:firstLine="0"/>
        <w:jc w:val="left"/>
      </w:pPr>
      <w:r>
        <w:rPr>
          <w:rFonts w:ascii="Times New Roman" w:hAnsi="Times New Roman" w:eastAsia="Times New Roman" w:cs="Times New Roman"/>
          <w:b w:val="0"/>
          <w:sz w:val="24"/>
        </w:rPr>
        <w:t>4.</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Plaintiff was familiar with the subject store as of the day of the incident, having shopped at the store on more than 50 occasions. Deposition of Plaintiff, attached hereto at Exhibit B, at pp. [page numbers].</w:t>
      </w:r>
    </w:p>
    <w:p>
      <w:pPr>
        <w:keepNext w:val="0"/>
        <w:spacing w:before="120" w:after="0" w:line="260" w:lineRule="exact"/>
        <w:ind w:left="1080" w:right="0" w:firstLine="0"/>
        <w:jc w:val="left"/>
      </w:pPr>
      <w:r>
        <w:rPr>
          <w:rFonts w:ascii="Times New Roman" w:hAnsi="Times New Roman" w:eastAsia="Times New Roman" w:cs="Times New Roman"/>
          <w:b w:val="0"/>
          <w:sz w:val="24"/>
        </w:rPr>
        <w:t>5.</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It was light out when Plaintiff arrived at the store and at the time of the incident. Exhibit B, at pp. [page numbers].</w:t>
      </w:r>
    </w:p>
    <w:p>
      <w:pPr>
        <w:keepNext w:val="0"/>
        <w:spacing w:before="120" w:after="0" w:line="260" w:lineRule="exact"/>
        <w:ind w:left="1080" w:right="0" w:firstLine="0"/>
        <w:jc w:val="left"/>
      </w:pPr>
      <w:r>
        <w:rPr>
          <w:rFonts w:ascii="Times New Roman" w:hAnsi="Times New Roman" w:eastAsia="Times New Roman" w:cs="Times New Roman"/>
          <w:b w:val="0"/>
          <w:sz w:val="24"/>
        </w:rPr>
        <w:t>6.</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Plaintiff testified that it was raining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good rate" as she exited her vehicle prior to the incident. Exhibit B, at pp. [page numbers].</w:t>
      </w:r>
    </w:p>
    <w:p>
      <w:pPr>
        <w:keepNext w:val="0"/>
        <w:spacing w:before="120" w:after="0" w:line="260" w:lineRule="exact"/>
        <w:ind w:left="1080" w:right="0" w:firstLine="0"/>
        <w:jc w:val="left"/>
      </w:pPr>
      <w:r>
        <w:rPr>
          <w:rFonts w:ascii="Times New Roman" w:hAnsi="Times New Roman" w:eastAsia="Times New Roman" w:cs="Times New Roman"/>
          <w:b w:val="0"/>
          <w:sz w:val="24"/>
        </w:rPr>
        <w:t>7.</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Plaintiff was not carrying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umbrella. Exhibit B, at pp. [page numbers].</w:t>
      </w:r>
    </w:p>
    <w:p>
      <w:pPr>
        <w:keepNext w:val="0"/>
        <w:spacing w:before="120" w:after="0" w:line="260" w:lineRule="exact"/>
        <w:ind w:left="1080" w:right="0" w:firstLine="0"/>
        <w:jc w:val="left"/>
      </w:pPr>
      <w:r>
        <w:rPr>
          <w:rFonts w:ascii="Times New Roman" w:hAnsi="Times New Roman" w:eastAsia="Times New Roman" w:cs="Times New Roman"/>
          <w:b w:val="0"/>
          <w:sz w:val="24"/>
        </w:rPr>
        <w:t>8.</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Plaintiff did not have any difficulty seeing where she was going prior to her fall. Exhibit B, at pp. [page numbers].</w:t>
      </w:r>
    </w:p>
    <w:p>
      <w:pPr>
        <w:keepNext w:val="0"/>
        <w:spacing w:before="120" w:after="0" w:line="260" w:lineRule="exact"/>
        <w:ind w:left="1080" w:right="0" w:firstLine="0"/>
        <w:jc w:val="left"/>
      </w:pPr>
      <w:r>
        <w:rPr>
          <w:rFonts w:ascii="Times New Roman" w:hAnsi="Times New Roman" w:eastAsia="Times New Roman" w:cs="Times New Roman"/>
          <w:b w:val="0"/>
          <w:sz w:val="24"/>
        </w:rPr>
        <w:t>9.</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Plaintiff could not testify what the trash looked like that she claims caused her fall. Exhibit B, at pp. [page numbers].</w:t>
      </w:r>
    </w:p>
    <w:p>
      <w:pPr>
        <w:keepNext w:val="0"/>
        <w:spacing w:before="120" w:after="0" w:line="260" w:lineRule="exact"/>
        <w:ind w:left="1080" w:right="0" w:firstLine="0"/>
        <w:jc w:val="left"/>
      </w:pPr>
      <w:r>
        <w:rPr>
          <w:rFonts w:ascii="Times New Roman" w:hAnsi="Times New Roman" w:eastAsia="Times New Roman" w:cs="Times New Roman"/>
          <w:b w:val="0"/>
          <w:sz w:val="24"/>
        </w:rPr>
        <w:t>10.</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Plaintiff could not recall what it was that she allegedly slipped on, including whether it was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bag of trash, or whether it was flat, similar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piece of paper. Exhibit B, at pp. [page numbers].</w:t>
      </w:r>
    </w:p>
    <w:p>
      <w:pPr>
        <w:keepNext w:val="0"/>
        <w:spacing w:before="120" w:after="0" w:line="260" w:lineRule="exact"/>
        <w:ind w:left="1080" w:right="0" w:firstLine="0"/>
        <w:jc w:val="left"/>
      </w:pPr>
      <w:r>
        <w:rPr>
          <w:rFonts w:ascii="Times New Roman" w:hAnsi="Times New Roman" w:eastAsia="Times New Roman" w:cs="Times New Roman"/>
          <w:b w:val="0"/>
          <w:sz w:val="24"/>
        </w:rPr>
        <w:t>11.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Plaintiff could not recall seeing any trash or debris in her path before the fall occurred. Exhibit B, at pp. [page numbers].</w:t>
      </w:r>
    </w:p>
    <w:p>
      <w:pPr>
        <w:keepNext w:val="0"/>
        <w:spacing w:before="120" w:after="0" w:line="260" w:lineRule="exact"/>
        <w:ind w:left="1080" w:right="0" w:firstLine="0"/>
        <w:jc w:val="left"/>
      </w:pPr>
      <w:r>
        <w:rPr>
          <w:rFonts w:ascii="Times New Roman" w:hAnsi="Times New Roman" w:eastAsia="Times New Roman" w:cs="Times New Roman"/>
          <w:b w:val="0"/>
          <w:sz w:val="24"/>
        </w:rPr>
        <w:t>12.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Plaintiff believes she fell on trash because there is always trash in the lot. Exhibit B, at pp. [page numbers].</w:t>
      </w:r>
    </w:p>
    <w:p>
      <w:pPr>
        <w:keepNext w:val="0"/>
        <w:spacing w:before="120" w:after="0" w:line="260" w:lineRule="exact"/>
        <w:ind w:left="1080" w:right="0" w:firstLine="0"/>
        <w:jc w:val="left"/>
      </w:pPr>
      <w:r>
        <w:rPr>
          <w:rFonts w:ascii="Times New Roman" w:hAnsi="Times New Roman" w:eastAsia="Times New Roman" w:cs="Times New Roman"/>
          <w:b w:val="0"/>
          <w:sz w:val="24"/>
        </w:rPr>
        <w:t>13.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Plaintiff could not recall if she fell on uneven pavement or if she observed uneven pavement in the vicinity of where she fell. Exhibit B, at pp. [page numbers].</w:t>
      </w:r>
    </w:p>
    <w:p>
      <w:pPr>
        <w:keepNext w:val="0"/>
        <w:spacing w:before="120" w:after="0" w:line="260" w:lineRule="exact"/>
        <w:ind w:left="1080" w:right="0" w:firstLine="0"/>
        <w:jc w:val="left"/>
      </w:pPr>
      <w:r>
        <w:rPr>
          <w:rFonts w:ascii="Times New Roman" w:hAnsi="Times New Roman" w:eastAsia="Times New Roman" w:cs="Times New Roman"/>
          <w:b w:val="0"/>
          <w:sz w:val="24"/>
        </w:rPr>
        <w:t>14.</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Plaintiff did not see her foot come into contact with trash at the time of the fall. Exhibit B, at pp. [page numbers].</w:t>
      </w:r>
    </w:p>
    <w:p>
      <w:pPr>
        <w:keepNext w:val="0"/>
        <w:spacing w:before="120" w:after="0" w:line="260" w:lineRule="exact"/>
        <w:ind w:left="1080" w:right="0" w:firstLine="0"/>
        <w:jc w:val="left"/>
      </w:pPr>
      <w:r>
        <w:rPr>
          <w:rFonts w:ascii="Times New Roman" w:hAnsi="Times New Roman" w:eastAsia="Times New Roman" w:cs="Times New Roman"/>
          <w:b w:val="0"/>
          <w:sz w:val="24"/>
        </w:rPr>
        <w:t>15.</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Plaintiff could not recall feeling her foot step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piece of trash at the time of the fall. Exhibit B, at pp. [page numbers].</w:t>
      </w:r>
    </w:p>
    <w:p>
      <w:pPr>
        <w:keepNext w:val="0"/>
        <w:spacing w:before="120" w:after="0" w:line="260" w:lineRule="exact"/>
        <w:ind w:left="1080" w:right="0" w:firstLine="0"/>
        <w:jc w:val="left"/>
      </w:pPr>
      <w:r>
        <w:rPr>
          <w:rFonts w:ascii="Times New Roman" w:hAnsi="Times New Roman" w:eastAsia="Times New Roman" w:cs="Times New Roman"/>
          <w:b w:val="0"/>
          <w:sz w:val="24"/>
        </w:rPr>
        <w:t>16.</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While Plaintiff "believed" she observed trash on the ground after she fell, Plaintiff could not describe the trash in any manner and could not recall what she saw, the type of trash, how much trash was there, the color of the trash, and whether it was paper or glass. Exhibit B, at pp. [page numbers].</w:t>
      </w:r>
    </w:p>
    <w:p>
      <w:pPr>
        <w:keepNext w:val="0"/>
        <w:spacing w:before="120" w:after="0" w:line="260" w:lineRule="exact"/>
        <w:ind w:left="1080" w:right="0" w:firstLine="0"/>
        <w:jc w:val="left"/>
      </w:pPr>
      <w:r>
        <w:rPr>
          <w:rFonts w:ascii="Times New Roman" w:hAnsi="Times New Roman" w:eastAsia="Times New Roman" w:cs="Times New Roman"/>
          <w:b w:val="0"/>
          <w:sz w:val="24"/>
        </w:rPr>
        <w:t>17.</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Plaintiff could not recall if she landed on trash or if it was beside her or in front of her. Exhibit B, at pp. [page numbers].</w:t>
      </w:r>
    </w:p>
    <w:p>
      <w:pPr>
        <w:keepNext w:val="0"/>
        <w:spacing w:before="120" w:after="0" w:line="260" w:lineRule="exact"/>
        <w:ind w:left="1080" w:right="0" w:firstLine="0"/>
        <w:jc w:val="left"/>
      </w:pPr>
      <w:r>
        <w:rPr>
          <w:rFonts w:ascii="Times New Roman" w:hAnsi="Times New Roman" w:eastAsia="Times New Roman" w:cs="Times New Roman"/>
          <w:b w:val="0"/>
          <w:sz w:val="24"/>
        </w:rPr>
        <w:t>18.</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Plaintiff did not know where the trash came from that she claims caused her fall. Exhibit B, at pp. [page numbers].</w:t>
      </w:r>
    </w:p>
    <w:p>
      <w:pPr>
        <w:keepNext w:val="0"/>
        <w:spacing w:before="120" w:after="0" w:line="260" w:lineRule="exact"/>
        <w:ind w:left="1080" w:right="0" w:firstLine="0"/>
        <w:jc w:val="left"/>
      </w:pPr>
      <w:r>
        <w:rPr>
          <w:rFonts w:ascii="Times New Roman" w:hAnsi="Times New Roman" w:eastAsia="Times New Roman" w:cs="Times New Roman"/>
          <w:b w:val="0"/>
          <w:sz w:val="24"/>
        </w:rPr>
        <w:t>19.</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Plaintiff had no knowledge as to how long the trash that allegedly caused her fall was in the area prior to the fall. Exhibit B, at pp. [page numbers].</w:t>
      </w:r>
    </w:p>
    <w:p>
      <w:pPr>
        <w:keepNext w:val="0"/>
        <w:spacing w:before="120" w:after="0" w:line="260" w:lineRule="exact"/>
        <w:ind w:left="1080" w:right="0" w:firstLine="0"/>
        <w:jc w:val="left"/>
      </w:pPr>
      <w:r>
        <w:rPr>
          <w:rFonts w:ascii="Times New Roman" w:hAnsi="Times New Roman" w:eastAsia="Times New Roman" w:cs="Times New Roman"/>
          <w:b w:val="0"/>
          <w:sz w:val="24"/>
        </w:rPr>
        <w:t>20.</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Plaintiff did not complain to the store or notify the employees of the store of trash or debris in the parking lot before the incident. Exhibit B, at pp. [page numbers].</w:t>
      </w:r>
    </w:p>
    <w:p>
      <w:pPr>
        <w:keepNext w:val="0"/>
        <w:spacing w:before="120" w:after="0" w:line="260" w:lineRule="exact"/>
        <w:ind w:left="1080" w:right="0" w:firstLine="0"/>
        <w:jc w:val="left"/>
      </w:pPr>
      <w:r>
        <w:rPr>
          <w:rFonts w:ascii="Times New Roman" w:hAnsi="Times New Roman" w:eastAsia="Times New Roman" w:cs="Times New Roman"/>
          <w:b w:val="0"/>
          <w:sz w:val="24"/>
        </w:rPr>
        <w:t>21.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Plaintiff did not report the alleged incident, according to her, until the next week. Exhibit B, at pp. [page numbers].</w:t>
      </w:r>
    </w:p>
    <w:p>
      <w:pPr>
        <w:keepNext w:val="0"/>
        <w:spacing w:before="120" w:after="0" w:line="260" w:lineRule="exact"/>
        <w:ind w:left="1080" w:right="0" w:firstLine="0"/>
        <w:jc w:val="left"/>
      </w:pPr>
      <w:r>
        <w:rPr>
          <w:rFonts w:ascii="Times New Roman" w:hAnsi="Times New Roman" w:eastAsia="Times New Roman" w:cs="Times New Roman"/>
          <w:b w:val="0"/>
          <w:sz w:val="24"/>
        </w:rPr>
        <w:t>22.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Defendant and [company name] had entered into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services contract that was in effect at the time of the Plaintiff's alleged injury on [date of accident]. Exhibit C.</w:t>
      </w:r>
    </w:p>
    <w:p>
      <w:pPr>
        <w:keepNext w:val="0"/>
        <w:spacing w:before="120" w:after="0" w:line="260" w:lineRule="exact"/>
        <w:ind w:left="1080" w:right="0" w:firstLine="0"/>
        <w:jc w:val="left"/>
      </w:pPr>
      <w:r>
        <w:rPr>
          <w:rFonts w:ascii="Times New Roman" w:hAnsi="Times New Roman" w:eastAsia="Times New Roman" w:cs="Times New Roman"/>
          <w:b w:val="0"/>
          <w:sz w:val="24"/>
        </w:rPr>
        <w:t>23.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services contract required the [company name] to clean and maintain the parking lot where the Plaintiff's alleged injury occurred. Exhibit C, at pp. [page numbers].</w:t>
      </w:r>
    </w:p>
    <w:p>
      <w:pPr>
        <w:keepNext w:val="0"/>
        <w:spacing w:before="120" w:after="0" w:line="260" w:lineRule="exact"/>
        <w:ind w:left="1080" w:right="0" w:firstLine="0"/>
        <w:jc w:val="left"/>
      </w:pPr>
      <w:r>
        <w:rPr>
          <w:rFonts w:ascii="Times New Roman" w:hAnsi="Times New Roman" w:eastAsia="Times New Roman" w:cs="Times New Roman"/>
          <w:b w:val="0"/>
          <w:sz w:val="24"/>
        </w:rPr>
        <w:t>24.</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services contract further required [company name] to defend, indemnify, and hold harmless the Defendant for liability incurred due to its failure to clean and maintain the parking lot. Exhibit C, at pp. [page numbers].</w:t>
      </w:r>
    </w:p>
    <w:p>
      <w:pPr>
        <w:keepNext w:val="0"/>
        <w:spacing w:before="120" w:after="0" w:line="260" w:lineRule="exact"/>
        <w:ind w:left="1080" w:right="0" w:firstLine="0"/>
        <w:jc w:val="left"/>
      </w:pPr>
      <w:r>
        <w:rPr>
          <w:rFonts w:ascii="Times New Roman" w:hAnsi="Times New Roman" w:eastAsia="Times New Roman" w:cs="Times New Roman"/>
          <w:b w:val="0"/>
          <w:sz w:val="24"/>
        </w:rPr>
        <w:t>25.</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services contract provided as follows:</w:t>
      </w:r>
    </w:p>
    <w:p>
      <w:pPr>
        <w:keepNext w:val="0"/>
        <w:spacing w:before="200" w:after="0" w:line="260" w:lineRule="exact"/>
        <w:ind w:left="1440" w:right="0" w:firstLine="0"/>
        <w:jc w:val="both"/>
      </w:pPr>
      <w:r>
        <w:rPr>
          <w:rFonts w:ascii="Times New Roman" w:hAnsi="Times New Roman" w:eastAsia="Times New Roman" w:cs="Times New Roman"/>
          <w:b/>
          <w:sz w:val="24"/>
        </w:rPr>
        <w:t>INDEMNIFICATION:</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[Company name] agrees that </w:t>
      </w:r>
      <w:r>
        <w:rPr>
          <w:rFonts w:ascii="Times New Roman" w:hAnsi="Times New Roman" w:eastAsia="Times New Roman" w:cs="Times New Roman"/>
          <w:b w:val="0"/>
          <w:sz w:val="24"/>
        </w:rPr>
        <w:t>it shall defend, indemnify, and hold harmless [defendant's name] from and against all claims, loss, liability, or injury arising out of the negligence of the Contractor</w:t>
      </w:r>
      <w:r>
        <w:rPr>
          <w:rFonts w:ascii="Times New Roman" w:hAnsi="Times New Roman" w:eastAsia="Times New Roman" w:cs="Times New Roman"/>
          <w:b w:val="0"/>
          <w:sz w:val="24"/>
        </w:rPr>
        <w:t xml:space="preserve"> or arising out of or in connection with the services to be provided hereunder by [company name] relating to the parking lot</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Exhibit B, at pp. [page numbers] (emphasis added).</w:t>
      </w:r>
    </w:p>
    <w:p>
      <w:pPr>
        <w:keepNext w:val="0"/>
        <w:spacing w:before="120" w:after="0" w:line="260" w:lineRule="exact"/>
        <w:ind w:left="1080" w:right="0" w:firstLine="0"/>
        <w:jc w:val="left"/>
      </w:pPr>
      <w:r>
        <w:rPr>
          <w:rFonts w:ascii="Times New Roman" w:hAnsi="Times New Roman" w:eastAsia="Times New Roman" w:cs="Times New Roman"/>
          <w:b w:val="0"/>
          <w:sz w:val="24"/>
        </w:rPr>
        <w:t>26.</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services contract further required [company name] to maintain liability insurance naming Defendant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additional insured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primary basis. Specifically, the services contract provided:</w:t>
      </w:r>
    </w:p>
    <w:p>
      <w:pPr>
        <w:keepNext w:val="0"/>
        <w:spacing w:before="200" w:after="0" w:line="260" w:lineRule="exact"/>
        <w:ind w:left="1440" w:right="0" w:firstLine="0"/>
        <w:jc w:val="both"/>
      </w:pPr>
      <w:r>
        <w:rPr>
          <w:rFonts w:ascii="Times New Roman" w:hAnsi="Times New Roman" w:eastAsia="Times New Roman" w:cs="Times New Roman"/>
          <w:b/>
          <w:sz w:val="24"/>
        </w:rPr>
        <w:t>INSURANCE: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[Company Name] shall maintain insurance coverage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amount not less than $1,000,000 per occurrence for bodily injury and shall name [defendant's name]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additional insured.</w:t>
      </w:r>
    </w:p>
    <w:p>
      <w:pPr>
        <w:keepNext w:val="0"/>
        <w:spacing w:before="120" w:after="0" w:line="260" w:lineRule="exact"/>
        <w:ind w:left="1080" w:right="0" w:firstLine="0"/>
        <w:jc w:val="left"/>
      </w:pPr>
      <w:r>
        <w:rPr>
          <w:rFonts w:ascii="Times New Roman" w:hAnsi="Times New Roman" w:eastAsia="Times New Roman" w:cs="Times New Roman"/>
          <w:b w:val="0"/>
          <w:sz w:val="24"/>
        </w:rPr>
        <w:t>27.</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Defendant had no actual or constructive knowledge of any alleged dangerous condition. Exhibit D, at pp. [page numbers].</w:t>
      </w:r>
    </w:p>
    <w:p>
      <w:pPr>
        <w:keepNext w:val="0"/>
        <w:spacing w:before="120" w:after="0" w:line="260" w:lineRule="exact"/>
        <w:ind w:left="720" w:right="0" w:firstLine="0"/>
        <w:jc w:val="left"/>
      </w:pPr>
      <w:r>
        <w:rPr>
          <w:rFonts w:ascii="Times New Roman" w:hAnsi="Times New Roman" w:eastAsia="Times New Roman" w:cs="Times New Roman"/>
          <w:b w:val="0"/>
          <w:sz w:val="24"/>
        </w:rPr>
        <w:t>Respectfully submitted,</w:t>
      </w:r>
    </w:p>
    <w:p>
      <w:pPr>
        <w:keepNext w:val="0"/>
        <w:spacing w:before="120" w:after="0" w:line="260" w:lineRule="exact"/>
        <w:ind w:left="720" w:right="0" w:firstLine="0"/>
        <w:jc w:val="left"/>
      </w:pPr>
      <w:r>
        <w:rPr>
          <w:rFonts w:ascii="Times New Roman" w:hAnsi="Times New Roman" w:eastAsia="Times New Roman" w:cs="Times New Roman"/>
          <w:b w:val="0"/>
          <w:sz w:val="24"/>
        </w:rPr>
        <w:t xml:space="preserve">The Defendant [defendant's name], </w:t>
      </w:r>
    </w:p>
    <w:p>
      <w:pPr>
        <w:keepNext w:val="0"/>
        <w:spacing w:before="120" w:after="0" w:line="260" w:lineRule="exact"/>
        <w:ind w:left="720" w:right="0" w:firstLine="0"/>
        <w:jc w:val="left"/>
      </w:pPr>
      <w:r>
        <w:rPr>
          <w:rFonts w:ascii="Times New Roman" w:hAnsi="Times New Roman" w:eastAsia="Times New Roman" w:cs="Times New Roman"/>
          <w:b w:val="0"/>
          <w:sz w:val="24"/>
        </w:rPr>
        <w:t>by [his/her/its] attorneys,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[Counsel's name]</w:t>
      </w:r>
    </w:p>
    <w:p>
      <w:pPr>
        <w:keepNext w:val="0"/>
        <w:spacing w:before="120" w:after="0" w:line="260" w:lineRule="exact"/>
        <w:ind w:left="720" w:right="0" w:firstLine="0"/>
        <w:jc w:val="left"/>
      </w:pPr>
      <w:r>
        <w:rPr>
          <w:rFonts w:ascii="Times New Roman" w:hAnsi="Times New Roman" w:eastAsia="Times New Roman" w:cs="Times New Roman"/>
          <w:b w:val="0"/>
          <w:sz w:val="24"/>
        </w:rPr>
        <w:t>[Firm name]</w:t>
      </w:r>
    </w:p>
    <w:p>
      <w:pPr>
        <w:keepNext w:val="0"/>
        <w:spacing w:before="120" w:after="0" w:line="260" w:lineRule="exact"/>
        <w:ind w:left="720" w:right="0" w:firstLine="0"/>
        <w:jc w:val="left"/>
      </w:pPr>
      <w:r>
        <w:rPr>
          <w:rFonts w:ascii="Times New Roman" w:hAnsi="Times New Roman" w:eastAsia="Times New Roman" w:cs="Times New Roman"/>
          <w:b w:val="0"/>
          <w:sz w:val="24"/>
        </w:rPr>
        <w:t>Florida Bar No.: [number]</w:t>
      </w:r>
    </w:p>
    <w:p>
      <w:pPr>
        <w:keepNext w:val="0"/>
        <w:spacing w:before="120" w:after="0" w:line="260" w:lineRule="exact"/>
        <w:ind w:left="720" w:right="0" w:firstLine="0"/>
        <w:jc w:val="left"/>
      </w:pPr>
      <w:r>
        <w:rPr>
          <w:rFonts w:ascii="Times New Roman" w:hAnsi="Times New Roman" w:eastAsia="Times New Roman" w:cs="Times New Roman"/>
          <w:b w:val="0"/>
          <w:sz w:val="24"/>
        </w:rPr>
        <w:t>[Address]</w:t>
      </w:r>
    </w:p>
    <w:p>
      <w:pPr>
        <w:keepNext w:val="0"/>
        <w:spacing w:before="120" w:after="0" w:line="260" w:lineRule="exact"/>
        <w:ind w:left="720" w:right="0" w:firstLine="0"/>
        <w:jc w:val="left"/>
      </w:pPr>
      <w:r>
        <w:rPr>
          <w:rFonts w:ascii="Times New Roman" w:hAnsi="Times New Roman" w:eastAsia="Times New Roman" w:cs="Times New Roman"/>
          <w:b w:val="0"/>
          <w:sz w:val="24"/>
        </w:rPr>
        <w:t>Telephone: [Number]</w:t>
      </w:r>
    </w:p>
    <w:p>
      <w:pPr>
        <w:keepNext w:val="0"/>
        <w:spacing w:before="120" w:after="0" w:line="260" w:lineRule="exact"/>
        <w:ind w:left="720" w:right="0" w:firstLine="0"/>
        <w:jc w:val="left"/>
      </w:pPr>
      <w:r>
        <w:rPr>
          <w:rFonts w:ascii="Times New Roman" w:hAnsi="Times New Roman" w:eastAsia="Times New Roman" w:cs="Times New Roman"/>
          <w:b w:val="0"/>
          <w:sz w:val="24"/>
        </w:rPr>
        <w:t>Facsimile: [Number]</w:t>
      </w:r>
    </w:p>
    <w:p>
      <w:pPr>
        <w:keepNext w:val="0"/>
        <w:spacing w:before="120" w:after="0" w:line="260" w:lineRule="exact"/>
        <w:ind w:left="720" w:right="0" w:firstLine="0"/>
        <w:jc w:val="left"/>
      </w:pPr>
      <w:r>
        <w:rPr>
          <w:rFonts w:ascii="Times New Roman" w:hAnsi="Times New Roman" w:eastAsia="Times New Roman" w:cs="Times New Roman"/>
          <w:b w:val="0"/>
          <w:sz w:val="24"/>
        </w:rPr>
        <w:t>Email: [Email]</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