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Supplemental Needs Trust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[BENEFICIARY NAME] SUPPLEMENTAL NEEDS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[county name] County, Michigan (hereinafter referred to in the first person or as grantor), enter into this Trust Agreement on this [date] day of [month], [year], with [name of trustee], of [city], [county name] County, Michigan, as initial trustee (hereinafter referred to as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to provide for the supplemental needs of [beneficiary name];</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DECLARATIONS.</w:t>
      </w:r>
    </w:p>
    <w:p>
      <w:pPr>
        <w:keepNext w:val="0"/>
        <w:spacing w:before="120" w:after="0" w:line="260" w:lineRule="exact"/>
        <w:ind w:left="180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shall be known as the “[BENEFICIARY NAME] SUPPLEMENTAL NEEDS TRUST” (hereinafter referred to as the trust).</w:t>
      </w:r>
    </w:p>
    <w:p>
      <w:pPr>
        <w:keepNext w:val="0"/>
        <w:spacing w:before="120" w:after="0" w:line="260" w:lineRule="exact"/>
        <w:ind w:left="180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is established in this instrument to provide for the supplemental needs of the named beneficiary during the remainder of [his/her] life.</w:t>
      </w:r>
    </w:p>
    <w:p>
      <w:pPr>
        <w:keepNext w:val="0"/>
        <w:spacing w:before="120" w:after="0" w:line="260" w:lineRule="exact"/>
        <w:ind w:left="180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[beneficiary name] (hereinafter referred to as the beneficiary) is the sole beneficiary of this trust during [his/her] lifetime.</w:t>
      </w:r>
    </w:p>
    <w:p>
      <w:pPr>
        <w:keepNext w:val="0"/>
        <w:spacing w:before="120" w:after="0" w:line="260" w:lineRule="exact"/>
        <w:ind w:left="180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Remainder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[individual/class/organization] shall be the remainder beneficiary of this trust: [list and identify who the remainder interest shall belong to].</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FUNDING &amp; INTENT.</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Funding.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grantor has transferred to the Trustee, and the Trustee acknowledges receipt from the grantor, the property listed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to this Trust Agreement. The property listed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constitute the trust's initial funding, and it is the grantor's intent that such property be held, administered, and distributed in accordance with the terms of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the grantor's intention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needs trust which preserves beneficiary's eligibility for means-tested benefits, while at the same time making funds available for beneficiary's supplemental needs which may not be provided for by means-tested benefits, as deemed appropriate and in the absolute discretion of the Trustee. No part of the principal or income of this trust shall be used to supplant or replace any public-assistance benefits received by beneficiary from or through any county, state, federal, or other governmental agency. In accordance with this intent, the grantor directs that prior to utilizing any amounts from the net income and/or principal of this trust, the Trustee consider all available benefits from any government or private assistance programs for which beneficiary may be eligible. The grantor further directs the Trustee to utilize best practices to maximize the collection of such available benefits and to facilitate the distribution of such benefits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benefitting beneficiary. The assets of this trust are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resource of beneficiary and those assets are not available to beneficiary. The grantor intends this trust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spendthrift trust created for non-support purposes. The interests of the remainder beneficiaries are of secondary importance only and the Trustee shall not be liable to the remainder beneficiaries in the event that the trust assets are exhausted by providing for beneficiary's supplemental needs.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&amp;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distribute to beneficiary, or apply for beneficiary's benefit, such amounts of the net income and principal of the trust as the Trustee in the Trustee's sole discretion deems advisable, but the Trustee shall not be required to make any such distributions. Any undistributed income shall be added to principal. The Trustee's discretion in making supplemental distributions as provided for in this Article is final as to all interested parties, including the State of Michigan or any governmental agency or agencies, even if the Trustee elects to make no distributions at all. The judgment of no court or other person shall be substituted for the discretionary decisions made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Basic Needs.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not make distributions to meet beneficiary's need for food and shelter if such distributions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disqualification, impairment, or diminution of beneficiary's receipt of or eligibility for government benefits or assistance unless the Trustee, before making any such distributions, has first determined that (i) beneficiary's needs will be better met if such distributions are made, and (ii) it is in beneficiary's best interests to suffer the consequent effect, if any, on beneficiary's receipt of, or eligibility for, government benefits or assistance. If the mere existence of the authority to make distributions pursuant to this Section results in beneficiary's loss of government benefits or assistance, regardless of whether such authority is actually exercised, this sentence shall be null and void, and the Trustee's authority to make such distributions shall cease and shall be limited as provided above in this Section, without exception.</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Supplemental Needs.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foregoing restrictions and limitations, the Trustee may utilize the income and principal of this trust for the following purposes: The Trustee may, in the Trustee's sole discretion, make distributions to beneficiary or on beneficiary's behalf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that beneficiary's life will be enriched and made more enjoyable, including providing recreational, social, educational, and vacation opportunities for beneficiary. The Trustee may, in the Trustee's sole discretion, expend the income and principal of this trust to obtain more advanced medical and/or dental treatment. The Trustee may, in the Trustee's sole discretion, expend the income and principal of this trust for transportation costs to facilitate beneficiary's ability to maintain contact with family members. The Trustee, in the Trustee's sole discretion, may expend the income and principal of this trust in any other way that enhances and supplements the beneficiary's life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manner.</w:t>
      </w:r>
    </w:p>
    <w:p>
      <w:pPr>
        <w:keepNext w:val="0"/>
        <w:spacing w:before="120" w:after="0" w:line="260" w:lineRule="exact"/>
        <w:ind w:left="180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created by this Trust Agreement shall last for the beneficiary's lifetime and shall only terminate upon beneficiary's death. Upon termination, the remaining trust property shall be distributed to [remainder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APPOINTMENTS.</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of initial trustee] resigns, becomes incapacitated, dies, or ceases to serve as Trustee of the trust created by this Trust Agreement, then [name of successor trustee] shall serve as Trustee, with all of the rights, duties, and obligations of Trustee devolving onto [him/her]. If [name of successor trustee] resigns, becomes incapacitated, dies, or ceases to serve as Trustee of the trust created by this Trust Agreement, then [name of second successor trustee] shall serve as Trustee, with all of the rights, duties, and obligations of Trustee devolving onto [him/her].</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of the trust created by this Trust Agreement may resign by giving written notice to the grantor. If the grantor is deceased at the time of the Trustee's resignation, said written notice of resignation shall be provided to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 in Trusteeship.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trusteeship of the trust created by this Trust Agreement becomes vacant at any time, the grantor shall have the right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within 90 days of the start of the vacancy. If the grantor does not exercise [his/her] power of appointment within 90 days,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Successor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the grantor's death, any then-serving Trustee may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series of successor trustees to serve in the event that the then-serving Trustee resigns, becomes incapacitated, dies or ceases to serve. The then-serving Trustee may appoint both individuals and corporate fiduciaries to serve as the successor trustees. This written instrument shall not supersede any appointments of successor trustees made within this Trust Agreement, but shall rather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addendum extending the successor trustee appointments of this Trust Agreement. If there are multiple then-serving trustees, all then-serving trustees must act unanimously when making the successor trustee appointments.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appointment must be delivered to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Ancillary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the trust created by this Trust Agreement contains or acquires property located in another 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jurisdiction, and the Trustee chooses not to or cannot serve under the laws of that other state or foreign jurisdiction, the Trustee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corporate Trustee to administer the property located in the other state or foreign jurisdiction in accordance with the terms of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of the trust created by this Trust Agreement shall be required to give bond or other security in any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Compensation.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be reimbursed for their reasonable costs and expenses which are incurred in connection with their duties, and shall receive compensation that is reasonable under the circumstances for the duties performed in accordance with this instrument.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80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Co-trustees.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any and all matters relating to the trust created by this Trust Agreement, the decision of the majority of the then-serving Trustees shall control.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then-serving Trustees shall be valid and effective as if it were signed by all then-serving Trustees.</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provisions found within this Trust Agreement to the contrary, the following restrictions shall apply and be binding on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Beneficiary shall not have the right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or sole Trustee of the trust created by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Beneficiary shall not have the right to remove any Trustee of the trust created by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Beneficiary shall not have the right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of the trust created by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Beneficiary shall not have the power to direct, assign, distribute, or authorize distributions from the trust created by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Beneficiary shall not have any power of appointment, special nor general, over the property of the trust created by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Beneficiary shall not have any right to withdraw any property from the trust created by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Beneficiary's Estate.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property owned by this trust shall not be considered as part of beneficiary's estate nor shall it be subject to the claims of creditors, whether voluntary or involuntary, for the provision of care and services, including by any governmental agency or entity. Any provision found within this Trust Agreement which disqualifies beneficiary from any means-tested benefit shall be deemed void.</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is irrevocable. Once executed, the grantor shall have no right or power to amend, revoke, or terminate any provision of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Duration of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found within this Trust Agreement to the contrary, no trust created by this Trust Agreement shall last longer than one day less than 21 years after the date of beneficiary's death.</w:t>
      </w:r>
    </w:p>
    <w:p>
      <w:pPr>
        <w:keepNext w:val="0"/>
        <w:spacing w:before="120" w:after="0" w:line="260" w:lineRule="exact"/>
        <w:ind w:left="180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trusts created by this Agreement shall be spendthrift trusts to the fullest extent as allowed by law. No property distributable under this Trust Agreement shall, voluntarily or involuntarily, be subject to the claims of beneficiary's creditors for any debt or liability of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grantor, or any other person, may at any time transfer or convey additional property to the trust created by this Trust Agreement. Any such additional property transferred to the trust shall be received by the then-serving Trustee and shall be administered in accordance with the terms of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created by this Trust Agreement shall be construed, controlled and administered by the laws of the State of Michigan.</w:t>
      </w:r>
    </w:p>
    <w:p>
      <w:pPr>
        <w:keepNext w:val="0"/>
        <w:spacing w:before="120" w:after="0" w:line="260" w:lineRule="exact"/>
        <w:ind w:left="180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headings used on the various paragraphs of this trust agreement are included for convenience only and shall have no legal significance.</w:t>
      </w:r>
    </w:p>
    <w:p>
      <w:pPr>
        <w:keepNext w:val="0"/>
        <w:spacing w:before="120" w:after="0" w:line="260" w:lineRule="exact"/>
        <w:ind w:left="180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Termination of Trust by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existence of the trust created by this Trust Agreement results in the ineligibility of the beneficiary for any means-tested benefit or any entitlement program, the Trustee is authorized, but not required, to terminate this trust. In the event of such termination, the then remaining principal and any accumulated and undistributed income shall be distributed in accordance with the terms of distribution of this trust upon the death of beneficiary, as hereinabove provided. It is grantor's wish that, subsequent to the termination of this trust, if beneficiary is still living, the distributee shall hold and distribute the principal and income received by him, to ensure that beneficiary receives sufficient funds from this trust for basic living needs and non-support benefits as provided for in this trust when public-assistance benefits are unavailable or insufficient.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expression of grantor's wishes only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mandate that must be acted upon.</w:t>
      </w:r>
    </w:p>
    <w:p>
      <w:pPr>
        <w:keepNext w:val="0"/>
        <w:spacing w:before="120" w:after="0" w:line="260" w:lineRule="exact"/>
        <w:ind w:left="180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Interchangeability of Language.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800" w:right="0" w:firstLine="0"/>
        <w:jc w:val="left"/>
      </w:pP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required or permitted notice pursuant to the terms of this Trust Agreement must be in writing, notarized, and actually delivered to the notice recipient. If the required or permissive notice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such notice shall be delivered to the minor's parents, conservator or guardian. If the required or permissive notice 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adult, such notice shall be delivered to the incapacitated adult's guardian, conservator, or durable power of attorney agent. If such notice concerns the trusteeship, the notice must be given at least 30 days prior to the effective date.</w:t>
      </w:r>
    </w:p>
    <w:p>
      <w:pPr>
        <w:keepNext w:val="0"/>
        <w:spacing w:before="120" w:after="0" w:line="260" w:lineRule="exact"/>
        <w:ind w:left="1800" w:right="0" w:firstLine="0"/>
        <w:jc w:val="left"/>
      </w:pP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 and Incapacitated Persons.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termination of the trust created by this Trust Agreement, if any income or principal shall be payable to any person who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who shall be incapacitated for any reason, the trustee shall hold such income and principal during minority or incapacity and shall be entitled to apply such income and principal to the health, education, maintenance, and support of such person during minority or incapacity without the appointment or interposition of any guardian or conservator. The Trustee shall be entitled to make direct application hereunder or to make application by payment of income and principal to the party or other person in charge of such minor or incapacitated person, or to his or her guardian or conservator under the Uniform Transfers to Minors Act. Any remaining income and principal to which such person shall be entitled shall be paid and distributed to such person upon the termination of minority or incapacity.</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all authority and power conferred by statute or common law in any jurisdiction in which the Trustee may act, except for any instance when such power or authority may conflict with the provisions of this Trust Agreement. In the event of conflict between authority and power conferred by law and the provisions of this Trust Agreement, this Trust Agreement shall control in all instances. In addition to such authority and power, the Trustee is specifically authorized:</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without duty to diversify, any property transferred or assigned to the trust created by this Trust Agreement. The Trustee shall not be liable for any depreciation or loss in value caused by such retention.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exchange, sell, or lease for property, care, or credit any and all trust property. This shall include the right to buy, sell, or lease real property, mineral and royalty interests, including pooling or unitization agreements. Agreements made concerning real property and mineral and royalty interests may extend past the termination of the trust created by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borrow money from any source and to encumber any part of the trust property, should it be, in the Trustee's sole discretion, in the trust's best interest and advantageous for the administration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and/or reinvest any trust property, open and maintain margin and brokerage accounts, and including the right to purchase or convert notes, bonds, stocks, securities, life insurance policies on the life of beneficiary or other property, and to exercise any rights or privileges connected to such investments and accounts.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employ third-party agents, such as attorneys, investment managers, accountants, or other specialists, which the Trustee, in the Trustee's sole discretion, believes are necessary to carry out the terms of this Trust Agreement. Fees for such third-party agents shall be paid from the trust property.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in the Trustee's sole discretion, any distributions, required or permitted under this Trust Agreement, directly to beneficiary, to the guardian or conservator of beneficiary's person or estate, by applying the distribution on behalf of beneficiary for beneficiary's benefit,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of funds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 to minors act of any state, and by reimbursing advance funds paid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on behalf of beneficiary and for beneficiary's benefit.</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any divisions, distributions, or partitions in money or in kind, or partly in each, for any trust created by this Trust Agreement and Trustee shall not be liable for differing tax consequences based on the divisions, distributions, or partitions made.</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release any fiduciary power, in whole or in part, temporarily or permanently, whenever the Trustee may deem it advisable. In the event the Trustee releases fiduciary powers that render the Trustee unable to continue management of the trust created by this Trust Agreement, that Trustee shall be deemed to have resigned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in accordance with the terms of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amend this Trust Agreement to conform to applicable federal and state law, including related statutes, regulations and policies, governing governmental programs for which the beneficiary is eligible, including, but not limited to, Medicaid and Supplemental Security Income (SSI).</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do all other acts and things necessary and appropriate in the management, administration, and distribution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Records, and Books of Account.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property, records, and books of accounts related to the trust created by this Trust Agreement shall be made available for inspection at all times during normal business hours by the grantor and beneficiary, or any other person designated by them. If beneficiary submits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the Trustee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trust assets, the Trustee shall furnish said accounting within 60 days to beneficiary. Any such accounting shall comply with the duty to inform and report under the Michigan Estates and Protected Individuals Code (MCL 700.7814.)</w:t>
      </w:r>
    </w:p>
    <w:p>
      <w:pPr>
        <w:keepNext w:val="0"/>
        <w:spacing w:before="120" w:after="0" w:line="260" w:lineRule="exact"/>
        <w:ind w:left="180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Principal and Income.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determine, in the Trustee's sole discretion, the allocation of all receipts and disbursements between income and principal. The Trustee may consider the provisions of the Michigan Uniform Principal and Income Act (MCL 555.501 et seq.) but shall not be bound by those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Undistributed Income.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end of the accounting year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Trust Agreement, any remaining undistributed incomes shall be added to principal. Any distributions made pursuant to Section 663(b) of the Internal Revenue Code shall be construed as being made on the last day of the preceding accounting year.</w:t>
      </w:r>
    </w:p>
    <w:p>
      <w:pPr>
        <w:keepNext w:val="0"/>
        <w:spacing w:before="120" w:after="0" w:line="260" w:lineRule="exact"/>
        <w:ind w:left="180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 Taxes and Allocation of Exemption.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transfer taxes under Section 2601 of the Internal Revenue Code that become due in connection with any generation skipping transfers hereunder shall be paid as provided in Section 2603 of the Code. The Trustee may, in the Trustee's sole discretion, work with the executor of the grantor's estate in allocating any generation skipping tax exemptions, as defined in Section 2631 of the Code, for the benefit of any trust created by this Article. The Trustee shall not be liable to any person for allocations of generation skipping transfers, so long as such allocation is made in good faith and in compliance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professional standard.</w:t>
      </w:r>
    </w:p>
    <w:p>
      <w:pPr>
        <w:keepNext w:val="0"/>
        <w:spacing w:before="120" w:after="0" w:line="260" w:lineRule="exact"/>
        <w:ind w:left="180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Prior Trustees.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be required to examine the acts of any prior Trustee. Each successor Trustee shall only be liable for the properties actually delivered to the successor Trustee. Upon written and acknowledged instrument concerning the acceptance of trusteeship and trust properties actual delivery to the successor Trustee, such successor Trustee shall be deemed vested with all of the estates, rights, titles, duties, powers, immunities, and discretions granted to the prior Trustee. No court accounting shall be required of any successor Trustee for the time preceding the successor Trustee's acceptance of trusteeship.</w:t>
      </w:r>
    </w:p>
    <w:p>
      <w:pPr>
        <w:keepNext w:val="0"/>
        <w:spacing w:before="120" w:after="0" w:line="260" w:lineRule="exact"/>
        <w:ind w:left="180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Legal Advice.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rely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attorney, any facts stated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or any other evidence deemed sufficient by Trustee, when acting or declining to act in relation to the trust created by this Trust Agreement. So long as the Trustee acts in good faith and without negligence, the Trustee shall not be liable for any action taken or failure to take any action.</w:t>
      </w:r>
    </w:p>
    <w:p>
      <w:pPr>
        <w:keepNext w:val="0"/>
        <w:spacing w:before="120" w:after="0" w:line="260" w:lineRule="exact"/>
        <w:ind w:left="180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for Management of Means-Tested Benefits.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liable to any person for failing to identify all sources of public assistance available to the beneficiary. The Trustee is not under obligation to manage beneficiary's means-tested benefits but may do so at the Trustee's discretion if no other individual has the authority to manage such benefits. The Trustee, in the Trustee's sole discretion, may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agent to manage beneficiary's general means-tested benefits. The Trustee shall consider beneficiary's eligibility for and receipt of means-tested benefits at all times when administering the trust created by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80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specified, the term “code” shall refer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“Corporate Trustee” shall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having trust powers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The corporate Trustee must have, either alone or when combined with parent or affiliate organizations, assets beneficially owned by others under its management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$[amount of required beneficially owned assets].</w:t>
      </w:r>
    </w:p>
    <w:p>
      <w:pPr>
        <w:keepNext w:val="0"/>
        <w:spacing w:before="120" w:after="0" w:line="260" w:lineRule="exact"/>
        <w:ind w:left="180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“descendant” shall refer to lineal blood descendants of the designated ancestor and unless specified to the contrary, shall include legally adopted children, and the adopted children's lineal blood descendants.</w:t>
      </w:r>
    </w:p>
    <w:p>
      <w:pPr>
        <w:keepNext w:val="0"/>
        <w:spacing w:before="120" w:after="0" w:line="260" w:lineRule="exact"/>
        <w:ind w:left="180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“discretion” when used in relation to the actions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mean the absolute, uncontrolled, and sole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“heirs” are to those individuals who would inherit separate personal property from the designated person under the statutes of descent and distribution of the State of Michigan, if such designated person died single and intestate.</w:t>
      </w:r>
    </w:p>
    <w:p>
      <w:pPr>
        <w:keepNext w:val="0"/>
        <w:spacing w:before="120" w:after="0" w:line="260" w:lineRule="exact"/>
        <w:ind w:left="180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Incapacitated.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relation to beneficiary, the term “incapacitated” shall mean that beneficiary,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condition, is unable to manage beneficiary's own personal and financial affairs.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deemed to be “incapacitated” only if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of incapacity or has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over the Trustee or (ii) two physicians, licensed to practice in the state where the Trustee resides, have certified in writing that Trustee is incapacitated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condition and cannot manage Trustee's own personal and financial affairs.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cease to serve immediately upon being deemed incapacitated.</w:t>
      </w:r>
    </w:p>
    <w:p>
      <w:pPr>
        <w:keepNext w:val="0"/>
        <w:spacing w:before="120" w:after="0" w:line="260" w:lineRule="exact"/>
        <w:ind w:left="180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descendants “per stirpes,” such distribution shall be divided into as many equal shares as there are living and deceased children of such individual. Each living child shall receive one share and the children of any deceased children shall receive the share designated for the deceased child in equal portions.</w:t>
      </w:r>
    </w:p>
    <w:p>
      <w:pPr>
        <w:keepNext w:val="0"/>
        <w:spacing w:before="120" w:after="0" w:line="260" w:lineRule="exact"/>
        <w:ind w:left="180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another meaning is required by context or clearly indicated, the term “Trustee” shall refer to and include the initial Trustee and any successor Trustees or Co-trustees. Unless provided otherwise, if Co-trustees are designated or are serving and one of the Co-trustees fails to qualify, becomes incapacitated, ceases to serve for any reason, or dies, then the remaining Co-trustee or Co-trustees shall serve or continue to serve.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signed this agreement on the date first written above causing the creation of the trust described herein. By [his/her] signature hereon, the Trustee accepts the obligations imposed by this trust agreement.</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[grantor's name], the grantor, and sworn to and signed in my presence by [first witness's name] and [second witness's name], witnesses, on [month/day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(printed name of notary),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[trustee's name], the trustee, and sworn to and signed in my presence by [first witness's name] and [second witness's name], witnesses, on [month]/[day]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(printed name of notary),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[BENEFICIARY NAME] SUPPLEMENTAL NEEDS TRUST, executed by [name of grantor],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