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Sworn Statement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SWORN STATEMENT</w:t>
      </w:r>
    </w:p>
    <w:p>
      <w:pPr>
        <w:keepNext w:val="0"/>
        <w:spacing w:before="200" w:after="0" w:line="260" w:lineRule="exact"/>
        <w:ind w:left="720" w:right="0" w:firstLine="0"/>
        <w:jc w:val="both"/>
      </w:pPr>
      <w:r>
        <w:rPr>
          <w:rFonts w:ascii="Times New Roman" w:hAnsi="Times New Roman" w:eastAsia="Times New Roman" w:cs="Times New Roman"/>
          <w:b w:val="0"/>
          <w:sz w:val="24"/>
        </w:rPr>
        <w:t>STATE OF MICHIGAN</w:t>
      </w:r>
    </w:p>
    <w:p>
      <w:pPr>
        <w:keepNext w:val="0"/>
        <w:spacing w:before="200" w:after="0" w:line="260" w:lineRule="exact"/>
        <w:ind w:left="720" w:right="0" w:firstLine="0"/>
        <w:jc w:val="both"/>
      </w:pPr>
      <w:r>
        <w:rPr>
          <w:rFonts w:ascii="Times New Roman" w:hAnsi="Times New Roman" w:eastAsia="Times New Roman" w:cs="Times New Roman"/>
          <w:b w:val="0"/>
          <w:sz w:val="24"/>
        </w:rPr>
        <w:t>COUNTY OF 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ss.</w:t>
      </w:r>
    </w:p>
    <w:p>
      <w:pPr>
        <w:keepNext w:val="0"/>
        <w:spacing w:before="120" w:after="0" w:line="260" w:lineRule="exact"/>
        <w:ind w:left="720" w:right="0" w:firstLine="240"/>
        <w:jc w:val="left"/>
      </w:pPr>
      <w:r>
        <w:rPr>
          <w:rFonts w:ascii="Times New Roman" w:hAnsi="Times New Roman" w:eastAsia="Times New Roman" w:cs="Times New Roman"/>
          <w:b w:val="0"/>
          <w:sz w:val="24"/>
        </w:rPr>
        <w:t>___________, (deponent) being duly sworn, states the following: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___________ is the (contractor)(subcontractor)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improvement to the following real property in ___________ County, Michigan, described as follows: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each subcontractor and supplier and laborer for whom payment of wages or fringe benefits and withholdings is due but unpaid, with whom the (contractor)(subcontractor) has (contracted)(subcontracted) for performance under the contract with the owner or lessee of the property, and the amounts due to the persons as of the date of this statement are correctly and fully set forth opposite their names:</w:t>
      </w:r>
    </w:p>
    <w:p>
      <w:pPr>
        <w:keepNext w:val="0"/>
        <w:spacing w:before="120" w:after="0" w:line="260" w:lineRule="exact"/>
        <w:ind w:left="720" w:right="0" w:firstLine="240"/>
        <w:jc w:val="left"/>
      </w:pPr>
      <w:r>
        <w:rPr>
          <w:rFonts w:ascii="Times New Roman" w:hAnsi="Times New Roman" w:eastAsia="Times New Roman" w:cs="Times New Roman"/>
          <w:b w:val="0"/>
          <w:sz w:val="24"/>
        </w:rPr>
        <w:t>The [contractor/subcontractor] has not procured material from, or subcontracted with, any person other than those set forth and owes no money for the improvement other than the sums set forth.</w:t>
      </w:r>
    </w:p>
    <w:p>
      <w:pPr>
        <w:keepNext w:val="0"/>
        <w:spacing w:before="120" w:after="0" w:line="260" w:lineRule="exact"/>
        <w:ind w:left="720" w:right="0" w:firstLine="240"/>
        <w:jc w:val="left"/>
      </w:pPr>
      <w:r>
        <w:rPr>
          <w:rFonts w:ascii="Times New Roman" w:hAnsi="Times New Roman" w:eastAsia="Times New Roman" w:cs="Times New Roman"/>
          <w:b w:val="0"/>
          <w:sz w:val="24"/>
        </w:rPr>
        <w:t>I make this statement as the [contractor/subcontractor] or as ___________ of the [contractor/subcontractor] to represent to the owner or lessee of the property and his or her agents that the property is free from claims of construction liens, or the possibility of construction liens, except as specifically set forth in this statement and except for claims of construction liens by laborers that may be provided under section 109 of the construction lien act, 1980 PA 497, MCL 570.1109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WARNING TO OWNER OR LESSEE: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OR LESSEE OF THE PROPERTY MAY NOT RELY ON THIS SWORN STATEMENT TO AVOID THE CLAIM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SUBCONTRACTOR, SUPPLIER, OR LABORER WHO HAS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FURNISHING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LABORER WHO MAY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FURNISHING UNDER SECTION 109 OF THE CONSTRUCTION LIEN ACT, 1980 PA 497, MCL 570.1109, TO THE DESIGNEE OR TO THE OWNER OR LESSEE IF THE DESIGNEE IS NOT NAMED OR HAS DIED.</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WARNING TO DEPONENT: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GIVES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SWORN STATEMENT WITH INTENT TO DEFRAUD IS SUBJECT TO CRIMINAL PENALTIES AS PROVIDED IN SECTION 110 OF THE CONSTRUCTION LIEN ACT, 1980 PA 497, MCL 570.1110.</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r>
        <w:rPr>
          <w:rFonts w:ascii="Times New Roman" w:hAnsi="Times New Roman" w:eastAsia="Times New Roman" w:cs="Times New Roman"/>
          <w:b w:val="0"/>
          <w:sz w:val="24"/>
        </w:rPr>
        <w:t>[Signature of Deponent]</w:t>
      </w:r>
    </w:p>
    <w:p>
      <w:pPr>
        <w:keepNext w:val="0"/>
        <w:spacing w:before="200" w:after="0" w:line="260" w:lineRule="exact"/>
        <w:ind w:left="360" w:right="0" w:firstLine="0"/>
        <w:jc w:val="both"/>
      </w:pPr>
      <w:r>
        <w:rPr>
          <w:rFonts w:ascii="Times New Roman" w:hAnsi="Times New Roman" w:eastAsia="Times New Roman" w:cs="Times New Roman"/>
          <w:b w:val="0"/>
          <w:sz w:val="24"/>
        </w:rPr>
        <w:t>Subscribed and sworn to before me this ___________ day of ___________,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 ___________ County, Michigan.</w:t>
      </w:r>
    </w:p>
    <w:p>
      <w:pPr>
        <w:keepNext w:val="0"/>
        <w:spacing w:before="120" w:after="0" w:line="260" w:lineRule="exact"/>
        <w:ind w:left="360" w:right="0" w:firstLine="0"/>
        <w:jc w:val="left"/>
      </w:pPr>
      <w:r>
        <w:rPr>
          <w:rFonts w:ascii="Times New Roman" w:hAnsi="Times New Roman" w:eastAsia="Times New Roman" w:cs="Times New Roman"/>
          <w:b w:val="0"/>
          <w:sz w:val="24"/>
        </w:rPr>
        <w:t>My commission expires: 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