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Sworn Statement of Subcontractor to Owner or Contractor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State of Illinois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County of [county]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TO: [name of owner or contractor requesting the statement]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subcontractor or subcontractor's agent], being first duly sworn, deposes and says: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That they are the [title] of [name of company], which is the subcontractor for [describe the contractor] for the [describe nature of project contracted for] on the premises located at [address or other description of location], [county] County, Illinois, pursuant to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contract dated [day] [month], [year] between [name of subcontractor] and [name of contractor].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That the names and addresses of all parties furnishing labor, services, material, fixtures, apparatus, or machinery; the form of work or materials provided in connection with the above-described project; and the amounts due or to become due to each in the performance of such work or provision of materials are as follows: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 and Address: [name and address of contractor]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Description of Work or Materials: [description]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Contract Price: $[contract price] Amount Paid: $[amounts previously paid]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Amount now Due: $[amount due] Amount Due on Completion: $[amount].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 and Address: [name and address of contractor]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Description of Work or Materials: [description]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Contract Price: $[contract price] Amount Paid: $[amounts previously paid]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Amount now Due: $[amount due] Amount Due on Completion: $[amount].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 and Address: [name and address of contractor]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Description of Work or Materials: [description]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Contract Price: $[contract price] Amount Paid: $[amounts previously paid]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Amount now Due: $[amount due] Amount Due on Completion: $[amount].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[date]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Subscribed and sworn to before me this [day] day of [month], [year]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 (Seal)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expires: [expiration of notary commission]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