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Target Corporation Board Resolutions: Asset Purchase Transaction Approval</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Approval of Asset Purchase Transaction and Related Transactions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there has been presented to and reviewed by this Board over the past several weeks,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asset purchase transaction by which [Buyer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w:t>
      </w:r>
      <w:r>
        <w:rPr>
          <w:rFonts w:ascii="Times New Roman" w:hAnsi="Times New Roman" w:eastAsia="Times New Roman" w:cs="Times New Roman"/>
          <w:b/>
          <w:sz w:val="24"/>
        </w:rPr>
        <w:t>Parent</w:t>
      </w:r>
      <w:r>
        <w:rPr>
          <w:rFonts w:ascii="Times New Roman" w:hAnsi="Times New Roman" w:eastAsia="Times New Roman" w:cs="Times New Roman"/>
          <w:b w:val="0"/>
          <w:sz w:val="24"/>
        </w:rPr>
        <w:t xml:space="preserve">") would acquire [all/certain] of the assets of [Target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[and assume certain liabilities of Target] upon the terms and conditions set forth in that certain Asset Purchase Agreement, including certain exhibits, schedules and ancillary agreements, certificates and documents attached thereto or contemplated thereby  in the form distributed to the Board and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Asset Purchase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Board has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factors relating to the asset purchase transaction contemplated by the Asset Purchase Agreement, including, but not limited to, the following: (1) the structure of the asset purchase transaction and the consideration to be paid to the Company's shareholders pursuant to the asset purchaser; (2) the current value of the Company's assets being acquired [net of liabilities being assumed] based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analysis by [banker/valuation expert/good faith judgment of the Board]; (3) the consideration payable in the asset purchase transaction; (4) the historical information concerning the Company's businesses, prospects, financial performance and condition, operations, management and competitive position, including the results of operations; (5) management's view of the prospects for the Company's use of the assets proposing to be sold, and the possible alternative strategic transactions available to the Company; [(6) the employment and non-competition agreements for certain of the Company employees being hired by Parent in connection with the closing of the asset purchase transaction]; (7) trends and developments, including [increased competition/greater need for investment/etc.] in the Company's industry; and (8) [any other matters, such as earnout payments, contingent payments, other challenges facing the Company, such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imminent need for financing, consolidation in the industry, shrinking margins, etc.];</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Company counsel has advised the Board members of their fiduciary duties in connection with their service on the Board in connection with their review and consideration of the Asset Purchase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understands the rights and obligations of the Company under the Asset Purchase Agreement; [and]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determined that the asset purchase transaction is consistent with and in furtherance of the interests of the Company and its shareholders and fair to, and in the best interests of, the Company and its shareholders and deems the Asset Purchase Agreement to be advisable.</w:t>
      </w:r>
    </w:p>
    <w:p>
      <w:pPr>
        <w:keepNext w:val="0"/>
        <w:spacing w:before="200" w:after="0" w:line="260" w:lineRule="exact"/>
        <w:ind w:left="720" w:right="0" w:firstLine="0"/>
        <w:jc w:val="both"/>
      </w:pPr>
      <w:r>
        <w:rPr>
          <w:rFonts w:ascii="Times New Roman" w:hAnsi="Times New Roman" w:eastAsia="Times New Roman" w:cs="Times New Roman"/>
          <w:b/>
          <w:sz w:val="24"/>
        </w:rPr>
        <w:t>NOW THEREFORE, BE IT RESOLVED</w:t>
      </w:r>
      <w:r>
        <w:rPr>
          <w:rFonts w:ascii="Times New Roman" w:hAnsi="Times New Roman" w:eastAsia="Times New Roman" w:cs="Times New Roman"/>
          <w:b w:val="0"/>
          <w:sz w:val="24"/>
        </w:rPr>
        <w:t xml:space="preserve">, that the Board has determined that the Asset Purchase Agreement and the transactions contemplated therein are consistent with and in furtherance of the interests of the Company and fair to, and in the best interests of, the Company and its shareholders; that this Board hereby deems the Asset Purchase Agreement advisable; and that the Asset Purchase Agreement and the other agreements contemplated thereby to which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(collectively, the "</w:t>
      </w:r>
      <w:r>
        <w:rPr>
          <w:rFonts w:ascii="Times New Roman" w:hAnsi="Times New Roman" w:eastAsia="Times New Roman" w:cs="Times New Roman"/>
          <w:b/>
          <w:sz w:val="24"/>
        </w:rPr>
        <w:t>Ancillary Agreements</w:t>
      </w:r>
      <w:r>
        <w:rPr>
          <w:rFonts w:ascii="Times New Roman" w:hAnsi="Times New Roman" w:eastAsia="Times New Roman" w:cs="Times New Roman"/>
          <w:b w:val="0"/>
          <w:sz w:val="24"/>
        </w:rPr>
        <w:t>") are hereby approved, subject to such changes and modifications as the appropriate officers of the Company may consider necessary or appropriate, which changes are hereby authorized and approved;</w:t>
      </w:r>
    </w:p>
    <w:p>
      <w:pPr>
        <w:keepNext w:val="0"/>
        <w:spacing w:before="200" w:after="0" w:line="260" w:lineRule="exact"/>
        <w:ind w:left="72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appropriate officers of the Company be, and each of them hereby is, authorized and directed to execute and deliver on behalf of the Company the Asset Purchase Agreement, the Ancillary Agreements and such other agreements, instruments and documents as may be necessary or appropriate to consummate the transactions contemplated by the Asset Purchase Agreement, with such amendments, changes and modifications to any of the foregoing as the appropriate officers may deem necessary or appropriate, which changes are hereby authorized and approved; and</w:t>
      </w:r>
    </w:p>
    <w:p>
      <w:pPr>
        <w:keepNext w:val="0"/>
        <w:spacing w:before="200" w:after="0" w:line="260" w:lineRule="exact"/>
        <w:ind w:left="72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all prior actions by the officers of the Company with respect to the preparation and negotiation of the Asset Purchase Agreement and the Ancillary Agreements and otherwise in effecting the purposes and intent of the Asset Purchase Agreement are hereby ratified, confirmed and approved.</w:t>
      </w:r>
    </w:p>
    <w:p>
      <w:pPr>
        <w:keepNext w:val="0"/>
        <w:spacing w:before="120" w:after="0" w:line="260" w:lineRule="exact"/>
        <w:ind w:left="360" w:right="0" w:firstLine="0"/>
        <w:jc w:val="left"/>
      </w:pPr>
      <w:r>
        <w:rPr>
          <w:rFonts w:ascii="Times New Roman" w:hAnsi="Times New Roman" w:eastAsia="Times New Roman" w:cs="Times New Roman"/>
          <w:b/>
          <w:sz w:val="24"/>
        </w:rPr>
        <w:t>Applications and Filings for Regulatory Approval</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and counsel for the Company be, and each of them hereby is, authorized and directed, in the name and on behalf of the Company, to cause to be prepared and to execute, verify and file such forms, schedules, statements, reports, registrations, documents, powers or amendments thereto that, in the judgment of the officers or counsel taking such action, are necessary, appropriate or advisable in order to comply with any requirements of, or to obtain any order, approval, consent, permit, certificate, or authorization of or from any federal, state, local or foreign government, and other governmental, administrative and regulatory entities or any office, agency or entity thereof in connection with the transactions contemplated by the Asset Purchase Agreement, and to execute any and all required notifications, applications, registrations, reports, consents or other instruments or documents or any amendments thereto with any and all appropriate federal, state, local and foreign governments or any office, agency, commission, instrumentality or entity thereof and to respond to all requests for additional information and to meet or confer with, or to cause counsel or other agents of the Company to meet or confer with, officials thereof relating to any transactions contemplated by the Asset Purchase Agreement and any other agreements referred to therein or by these resolutions.</w:t>
      </w:r>
    </w:p>
    <w:p>
      <w:pPr>
        <w:keepNext w:val="0"/>
        <w:spacing w:before="120" w:after="0" w:line="260" w:lineRule="exact"/>
        <w:ind w:left="360" w:right="0" w:firstLine="0"/>
        <w:jc w:val="left"/>
      </w:pPr>
      <w:r>
        <w:rPr>
          <w:rFonts w:ascii="Times New Roman" w:hAnsi="Times New Roman" w:eastAsia="Times New Roman" w:cs="Times New Roman"/>
          <w:b/>
          <w:sz w:val="24"/>
        </w:rPr>
        <w:t>Omnibus Resolutions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any of the appropriate officers of the Company be, and each of them hereby is, authorized (i) to prepare, execute, deliver and perform, as the case may be, such agreements, amendments, applications, approvals, certificates, communications, consents, demands, directions, documents, further assurances, instruments, notices, orders, requests, resolutions, supplements or undertakings, (ii) to pay or cause to be paid on behalf of the Company any related costs and expenses and (iii) to take such other actions, in the name and on behalf of the Company, as each such officer, in his discretion, shall deem necessary or advisable to complete and effect the foregoing transactions or to carry out the intent and purposes of the foregoing resolutions and the transactions contemplated thereby, the preparation, execution, delivery and performance of any such agreements, amendments, applications, approvals, certificates, communications, consents, demands, directions, documents, further assurances, instruments, notices, orders, requests, resolutions, supplements or undertakings, the payment of any such costs or expenses and the performance of any such other acts shall be conclusive evidence of the approval of the Board thereof and all matters relating thereto; and</w:t>
      </w:r>
    </w:p>
    <w:p>
      <w:pPr>
        <w:keepNext w:val="0"/>
        <w:spacing w:before="200" w:after="0" w:line="260" w:lineRule="exact"/>
        <w:ind w:left="72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all actions heretofore taken by the officers and directors of the Company with respect to the foregoing transactions and all other matters contemplated by the foregoing resolutions are hereby in all respects, approved, adopted, ratified and confirmed.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