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Tax Court: Designation of Place of Trial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UNITED STATES TAX COURT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DESIGNATION OF PLACE OF TRIAL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Petitioners hereby designate [City], [State] as the place of trial of this case.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[City], [State]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[month], [year]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(Signed)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T.C. Bar No.:_____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Address: 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Telephone: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