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Representation Letter from Target for Tax-Free Section 368(</w:t>
      </w:r>
      <w:r>
        <w:rPr>
          <w:rFonts w:ascii="Times New Roman" w:hAnsi="Times New Roman" w:eastAsia="Times New Roman" w:cs="Times New Roman"/>
          <w:b/>
          <w:sz w:val="24"/>
        </w:rPr>
        <w:t>a</w:t>
      </w:r>
      <w:r>
        <w:rPr>
          <w:rFonts w:ascii="Times New Roman" w:hAnsi="Times New Roman" w:eastAsia="Times New Roman" w:cs="Times New Roman"/>
          <w:b/>
          <w:sz w:val="24"/>
        </w:rPr>
        <w:t>)(2)(E) Reorganization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[name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Tax Representation Letter for Agreement and Plan of Merger (the "Agreement"), dated as of [Date], by and among [Parent acquiror],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("Parent"), [Merger sub],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("Merger Sub"), and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(the "Company") </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120" w:after="0" w:line="260" w:lineRule="exact"/>
        <w:ind w:left="720" w:right="0" w:firstLine="240"/>
        <w:jc w:val="left"/>
      </w:pPr>
      <w:r>
        <w:rPr>
          <w:rFonts w:ascii="Times New Roman" w:hAnsi="Times New Roman" w:eastAsia="Times New Roman" w:cs="Times New Roman"/>
          <w:b w:val="0"/>
          <w:sz w:val="24"/>
        </w:rPr>
        <w:t>In connection with the Merger, [Target's tax counsel], counsel to the Company, and [Acquiror's tax counsel], counsel to Parent, will each render its respective opinion with respect to certain United States federal income tax consequences of the Merger, pursuant to Section [_____] of the Agreement. Recognizing that each of [Target's tax counsel] and [Acquiror's tax counsel] will rely on this representation letter in delivering its respective opinion, the undersigned hereby certifies and represents on behalf of the Company, after due inquiry and investigation, that the following statements and representations, insofar as they apply to the Company, are true, correct and complete in all respects, as of the date hereof, and will be true, correct and complete at the Effective Time, and insofar as they do not apply to the Company, are to the best of the undersigned's knowledge true, correct, and complete in all respects (and the undersigned knows of no fact, situation, or condition that would render such statement or representation anything other than true, correct, and complete in all respects) as of the date hereof, and will be, to the best of the undersigned's knowledge true, correct, and complete in all respects (and the undersigned knows of no fact, situation, or condition that would render such statement or representation anything other than true, correct, and complete in all respects)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terms and subject to the conditions set forth in the Agreement, and in accordance with and pursuant to the [applicable governing law], at the Effective Time, Merger Sub will merge with and into the Company, with the Company continuing as the surviving corporation in the Merger, and the separate corporate existence of Merger Sub shall cease. None of the material terms and conditions of the Agreement have been or will be waived or modified.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will be consummated in compliance with the material terms of the Agreement. The Agreement, the [Form S-4] and the other documents described in the [Form S-4] represent the entire understanding of the Company with respect to the Merger, and there are no other written or oral agreements regarding the Merger other than those expressly referred to in the Agreement, the [Form S-4] and the other documents described in the [Form S-4].</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no outstanding stock other than Company Common Stock. There is no other outstanding stock, indebtedness, instrument, contract or other arrangement that could reasonably be expected to be treated as equity of the Company for United States federal income tax purposes. The Company has no outstanding stock, indebtedness, instrument, contract or arrangement that the Company has treated as debt for U.S. federal income tax purposes and not as debt for any other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Consideration was the result of arm's length bargaining between the management of Parent, on the one hand, and the management of the Company, on the other hand. At the Effective Time, the fair market value of the Parent Common Stock and cash received by each Company shareholder will be approximately equal to the fair market value of Company Common Stock surrendered in the Merger.</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least [45] percent of the value of the Company shareholders' proprietary interests in the Company will be preserved as proprietary interests in Parent received in exchange for Company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proprietary interests in the Company will not be preserved to the extent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consideration received prior to the Merger, either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redemption of Company Common Stock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with respect to Company Common Stock, is treated as other property or money received in the exchange of Company Common Stock for purposes of Section 356 of the Code, or would be so treated if the Company shareholder also had received Parent Common Stock in exchange for Company Common Stock;</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40" w:after="0" w:line="260" w:lineRule="exact"/>
        <w:ind w:left="1440" w:right="0" w:firstLine="240"/>
        <w:jc w:val="left"/>
      </w:pPr>
      <w:r>
        <w:rPr>
          <w:rFonts w:ascii="Times New Roman" w:hAnsi="Times New Roman" w:eastAsia="Times New Roman" w:cs="Times New Roman"/>
          <w:b w:val="0"/>
          <w:sz w:val="24"/>
        </w:rPr>
        <w:t xml:space="preserve">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Parent as defined in </w:t>
      </w:r>
      <w:r>
        <w:rPr>
          <w:rFonts w:ascii="Times New Roman" w:hAnsi="Times New Roman" w:eastAsia="Times New Roman" w:cs="Times New Roman"/>
          <w:b w:val="0"/>
          <w:sz w:val="24"/>
        </w:rPr>
        <w:t>Treasury Regulation Section 1.368-1(e)(4)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acquires Company Common Stock for consideration other than Parent Common Stock in connection with the Merger;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Dissenting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Parent Common Stock received in the Merger in exchange for Company Common Stock is redeemed or otherwise acquired (including by derivative transactions that would have the economic effect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by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for consideration other than Parent Common Stock in connection with the Merger (except for possible purchases of such shares that may be made by Parent on the open market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program, which purchases and program satisfy the requirements of </w:t>
      </w:r>
      <w:r>
        <w:rPr>
          <w:rFonts w:ascii="Times New Roman" w:hAnsi="Times New Roman" w:eastAsia="Times New Roman" w:cs="Times New Roman"/>
          <w:b w:val="0"/>
          <w:sz w:val="24"/>
        </w:rPr>
        <w:t>Revenue Ruling 99-58, 1999-2 C.B. 701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Stock Repurchase Program"));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fractional shares of Parent Common Stock.</w:t>
      </w:r>
    </w:p>
    <w:p>
      <w:pPr>
        <w:keepNext w:val="0"/>
        <w:spacing w:before="240" w:after="0" w:line="260" w:lineRule="exact"/>
        <w:ind w:left="1080" w:right="0" w:firstLine="240"/>
        <w:jc w:val="left"/>
      </w:pPr>
      <w:r>
        <w:rPr>
          <w:rFonts w:ascii="Times New Roman" w:hAnsi="Times New Roman" w:eastAsia="Times New Roman" w:cs="Times New Roman"/>
          <w:b w:val="0"/>
          <w:sz w:val="24"/>
        </w:rPr>
        <w:t xml:space="preserve">The Company has not caused, and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extraordinary distribution with respect to its shares to occur in connection with the Merger. Neither the Company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the Company as defined in </w:t>
      </w:r>
      <w:r>
        <w:rPr>
          <w:rFonts w:ascii="Times New Roman" w:hAnsi="Times New Roman" w:eastAsia="Times New Roman" w:cs="Times New Roman"/>
          <w:b w:val="0"/>
          <w:sz w:val="24"/>
        </w:rPr>
        <w:t>Treasury Regulation Section 1.368-1(e)(4)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Related Person") has participated, or will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redemption or other acquisition of, or any distributions with respect to, Company Common Stock, in connection with or in contemplation of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Neither the Company, any Company Related Person nor any affiliate of the Company, has paid or will pay, in connection with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any amount to, or on behalf of, any Company shareholder in connection with any sale, redemption or other disposition of any Company Common Stock or Parent Common Stock. Any reference to Parent or the Company in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successor or predecessor of such corporation, except that the Company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of Parent and Parent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of the Company. For purposes of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will be treated as owning or acquiring any stock owned or acquired, as the case may be, by the partnership (and as having paid any consideration paid by the partnership to acquire such stock) in accordance with that partner's interest in the partnership;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of Parent Common Stock or Company Common Stock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pursuant to any transaction, agreement, arrangement or other understanding with Parent,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Related Person will be treated as made by Parent, the Company, the Parent Related Person or the Company Related Person, respectively.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not negotiated and will not negotiate, and none of the Company shareholders has negotiated or will negotiate, any acquisition of Parent Common Stock from the Company shareholders or requested, and will not request, that any acquisitions of Parent Common Stock be made from the Company shareholders. There is no understanding between Parent or any Parent Related Person, on the one hand, and the Company or any Company shareholder, on the other hand, that any Company shareholder's ownership of Parent Common Stock issued in the Merger would be transitory.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Merger, the Company will hold (i) at least 90 percent of the fair market value of its net assets and at least 70 percent of the fair market value of its gross assets held immediately prior to the Merger and (ii) at least 90 percent of the fair market value of Merger Sub's net assets and at least 70 percent of the fair market value of Merger Sub's gross assets held immediately prior to the Merger. Neither Parent nor the Company has taken any action or has any plan or intention to take any action, or fail to take any action, that would cause the Company to fail, following the Merger, to hold (i) at least 90 percent of the fair market value of its net assets and at least 70 percent of the fair market value of its gross assets held immediately prior to the Merger and (ii) at least 90 percent of the fair market value of Merger Sub's net assets and at least 70 percent of the fair market value of Merger Sub's gross assets held immediately prior to the Merger. For purposes of this representation, amounts paid (or to be paid) by the Company after the Effective Time to shareholders who receive cash or other property (including amounts paid with respect to Dissenting Shares), the Company assets used (or to be used) to pay its reorganization expenses, and all redemptions and distributions (except for regular, normal dividends) made (or to be made) by the Company in connection with the Merger will be included as assets of the Company held immediately prior to the Merger.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in Section [  ] of the Agreement, ]Parent, Merger Sub, the Company and the Company shareholders will each pay their respective expenses, if any, incurred in connection with the Merger, and neither Parent nor Merger Sub has agreed to assume, or will assume, directly or indirectly, any expense or other liability, whether fixed or contingent, of any Company shareholder in connection with or as part of the Merger or any related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is no intercorporate indebtedness existing between Parent or any of its subsidiaries, on the one hand, and the Company or any of its subsidiaries, on the other hand, that was issued, acquired or will be settled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Merger, shares of Company Common Stock representing control (within the meaning of Section 368(c) of the Code) of the Company will be exchanged solely for voting stock of Parent. Furthermore, no liabilities of any Company shareholder will be assumed by Parent or Merger Sub, nor will any shares of Company Common Stock be acquired subject to any liabilities. For purposes of this representation, if any stock of the Company is exchanged for cash or other property originating with Parent, such stock will be treated as outstanding stock of the Company on the date of the Merger.</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Merger, (i) Parent will be in control of the Company within the meaning of Section 368(c) of the Code and (ii) the Company has no plan or intention, and Parent has no plan or intention to cause the Company, to issue additional shares of its stock that would result in Parent losing control of the Company within the meaning of Section 368(c)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following the Merger, the Company will not have outstanding any warrants, options, convertible securities or any other type of right (which was outstanding immediately prior to the Merger) pursuant to which, following the Merger, any person could acquire stock in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Parent, any Parent Related Person (as defined in the next paragraph), and any partnership in which Parent or any Parent Related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has owned or will own, directly or indirectly, or through any transaction, agreement or arrangement with any person, any Company Common Stock (or any instrument giving the holder the right to acquire Company Common Stock) during the three-year period ending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40" w:after="0" w:line="260" w:lineRule="exact"/>
        <w:ind w:left="720" w:right="0" w:firstLine="0"/>
        <w:jc w:val="both"/>
      </w:pPr>
      <w:r>
        <w:rPr>
          <w:rFonts w:ascii="Times New Roman" w:hAnsi="Times New Roman" w:eastAsia="Times New Roman" w:cs="Times New Roman"/>
          <w:b w:val="0"/>
          <w:sz w:val="24"/>
        </w:rPr>
        <w:t xml:space="preserve"> The Company conducts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historic business within the meaning of </w:t>
      </w:r>
      <w:r>
        <w:rPr>
          <w:rFonts w:ascii="Times New Roman" w:hAnsi="Times New Roman" w:eastAsia="Times New Roman" w:cs="Times New Roman"/>
          <w:b w:val="0"/>
          <w:sz w:val="24"/>
        </w:rPr>
        <w:t>Treasury Regulation § 1.368-1(d)</w:t>
      </w:r>
      <w:r>
        <w:rPr>
          <w:rFonts w:ascii="Times New Roman" w:hAnsi="Times New Roman" w:eastAsia="Times New Roman" w:cs="Times New Roman"/>
          <w:b w:val="0"/>
          <w:sz w:val="24"/>
        </w:rPr>
        <w:t xml:space="preserve">, and the Company has not sold, transferred or otherwise disposed of any assets that would prevent Parent or members of Parent's qualified group (within the meaning of </w:t>
      </w:r>
      <w:r>
        <w:rPr>
          <w:rFonts w:ascii="Times New Roman" w:hAnsi="Times New Roman" w:eastAsia="Times New Roman" w:cs="Times New Roman"/>
          <w:b w:val="0"/>
          <w:sz w:val="24"/>
        </w:rPr>
        <w:t>Treasury Regulations § 1.368-1(d)(4)(ii)</w:t>
      </w:r>
      <w:r>
        <w:rPr>
          <w:rFonts w:ascii="Times New Roman" w:hAnsi="Times New Roman" w:eastAsia="Times New Roman" w:cs="Times New Roman"/>
          <w:b w:val="0"/>
          <w:sz w:val="24"/>
        </w:rPr>
        <w:t xml:space="preserve">) from continuing the historic business of the Company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portion of the Company's historic business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after the Merger. For purposes of this representation, Parent's "qualified group" means one or more chains of corporations connected through stock ownership with Parent, but only if Parent owns directly stock meeting the requirements of Section 368(c) of the Code in at least one other corporation, and stock meeting the requirements of Section 368(c) of the Code in each of the corporations (except Parent) is owned directly by one of the other corporations. In addition, Parent will be treated as owning its proportionate share of the Company's business assets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partnership and conducting the business of the partnership of which Parent or members of its qualified group are partners, provided that either members of Parent's qualified group, in the aggregate,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interest" or one or more members of the qualified group have "active and substantial management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with respect to that partnership's business (each, within the meaning of </w:t>
      </w:r>
      <w:r>
        <w:rPr>
          <w:rFonts w:ascii="Times New Roman" w:hAnsi="Times New Roman" w:eastAsia="Times New Roman" w:cs="Times New Roman"/>
          <w:b w:val="0"/>
          <w:sz w:val="24"/>
        </w:rPr>
        <w:t>Treasury Regulation Section 1.368-1(d)(4)(iii)(B)(2)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Sections 368(</w:t>
      </w:r>
      <w:r>
        <w:rPr>
          <w:rFonts w:ascii="Times New Roman" w:hAnsi="Times New Roman" w:eastAsia="Times New Roman" w:cs="Times New Roman"/>
          <w:b/>
          <w:sz w:val="24"/>
        </w:rPr>
        <w:t>a</w:t>
      </w:r>
      <w:r>
        <w:rPr>
          <w:rFonts w:ascii="Times New Roman" w:hAnsi="Times New Roman" w:eastAsia="Times New Roman" w:cs="Times New Roman"/>
          <w:b w:val="0"/>
          <w:sz w:val="24"/>
        </w:rPr>
        <w:t>)(2)(F)(iii) and (iv)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the fair market value of the assets of the Company transferred to Parent in the Merger will exceed the sum of the liabilities of the Company to which such assets are subject, if any, plus the liabilities assumed by Parent in the Merger, and all such liabilities were formed by the Company in the ordinary course of its business.</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not under the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Title 11 of the United States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receivership, foreclosure,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proceeding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state court.</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payment of cash, if any, in lieu of fractional shares of Parent Common Stock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 mechanical rounding off solely for the purpose of avoiding the expense and inconvenience to Parent of issuing fractional shares and does not represent separately bargained-for consideration. The fractional share interests of each Company shareholder will be aggregated, and no Company shareholder, with the possible exception of shareholders whose holdings are in multiple accounts or with multiple brokers, will receive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greater than the value of one full share of Parent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compensation received (or to be received) by any shareholder-employee of the Company will be separate consideration for, or allocable to, any Company Common Stock held by such shareholder-employee; none of the shares of Parent Common Stock received by any shareholder-employee of the Company, as part of any overall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was (or will be) separate consideration for, or allocable to, any employment agreement; and the compensation paid (or to be paid) to any shareholder-employee of the Company was (or will be) for services actually rendered or to be rendered and was (or will be) commensurate with amounts paid to third parties bargaining at arm's length for similar services.</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will not, and will not cause or permit its subsidiaries to, take any position on any Federal, state, or local income or franchise tax return (including any tax return filed on behalf of the Company after the Closing), or take any other tax reporting position, that is inconsistent with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Code or any representation or statement herein, except to the extent otherwise required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by the U.S. Tax Court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other order by any court of competent jurisdiction that has become final. In addition, the Company has no plan or intention to take, or cause or permit its subsidiaries to take, any action that would be reasonably likely to prevent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is being undertaken for valid business reasons unrelated to taxes[, including without limitation: [ ]].</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undersigned is authorized to make all of the representations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understands that [Acquiror's tax counsel], as counsel to Parent, and [Target's tax counsel], as counsel to the Company, will rely on this representation letter in rendering their respective opinions concerning certain of the United States federal income tax consequences of the Merger and hereby commits to inform them if, for any reason, any of the foregoing representations or statements ceases to be true prior to the Effective Time.</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acknowledges that (i) these opinions will be based on the accuracy of the representations set forth herein and on the accuracy of the representations and warranties and the satisfaction of the covenants and obligations contained in the Merger Agreement and the various other documents related thereto, and (ii) these opinions will be subject to certain limitations and qualifications including that they may not be relied upon if any such representations or warranties are not accurate or if any of such covenants or obligations are not satisfied in all material respects. The undersigned acknowledges that these opinions will not address any tax consequences of the Merger or any action taken in connection therewith except as expressly set forth in such opinions.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undersigned has, on behalf of the Company,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[Target 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