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TEACHER AIDE LETTER OF INTENT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[CANDIDATE NAME]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[CANDIDATE ADDRESS]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[CANDIDATE CITY, STATE, ZIP CODE]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[SCHOOL NAME]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[SCHOOL ADDRESS]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[SCHOOL CITY, STATE, ZIP CODE]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Dear </w:t>
      </w:r>
      <w:r>
        <w:rPr>
          <w:rFonts w:ascii="Times New Roman" w:hAnsi="Times New Roman" w:eastAsia="Times New Roman" w:cs="Times New Roman"/>
          <w:sz w:val="24"/>
        </w:rPr>
        <w:t>[SCHOOL NAME]</w:t>
      </w:r>
      <w:r>
        <w:rPr>
          <w:rFonts w:ascii="Times New Roman" w:hAnsi="Times New Roman" w:eastAsia="Times New Roman" w:cs="Times New Roman"/>
          <w:sz w:val="24"/>
        </w:rPr>
        <w:t>,</w:t>
      </w:r>
    </w:p>
    <w:p>
      <w:pPr>
        <w:spacing w:before="0" w:after="120"/>
        <w:jc w:val="both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sz w:val="24"/>
        </w:rPr>
        <w:t>[INTRODUCTION, INTEREST IN SCHOOL/POSITION, ASSET TO SCHOOL]</w:t>
      </w:r>
    </w:p>
    <w:p>
      <w:pPr>
        <w:spacing w:before="0" w:after="0" w:line="256" w:lineRule="auto"/>
        <w:jc w:val="both"/>
      </w:pPr>
    </w:p>
    <w:p>
      <w:pPr>
        <w:spacing w:before="0" w:after="0" w:line="256" w:lineRule="auto"/>
        <w:jc w:val="both"/>
      </w:pPr>
      <w:r>
        <w:rPr>
          <w:rFonts w:ascii="Times New Roman" w:hAnsi="Times New Roman" w:eastAsia="Times New Roman" w:cs="Times New Roman"/>
          <w:sz w:val="24"/>
        </w:rPr>
        <w:t>[SCHOOLING, QUALIFICATIONS AND SKILLS, WORK EXPERIENCE, OTHER NOTABLE ACHIEVEMENTS]</w:t>
      </w:r>
    </w:p>
    <w:p>
      <w:pPr>
        <w:spacing w:before="0" w:after="0" w:line="256" w:lineRule="auto"/>
        <w:jc w:val="both"/>
      </w:pPr>
    </w:p>
    <w:p>
      <w:pPr>
        <w:spacing w:before="0" w:after="0" w:line="256" w:lineRule="auto"/>
        <w:jc w:val="both"/>
      </w:pPr>
      <w:r>
        <w:rPr>
          <w:rFonts w:ascii="Times New Roman" w:hAnsi="Times New Roman" w:eastAsia="Times New Roman" w:cs="Times New Roman"/>
          <w:sz w:val="24"/>
        </w:rPr>
        <w:t>[CONFIRM INTEREST AND SCHOOL'S GAIN IN HIRING, THANK YOU, CONTACT INFORMATION]</w:t>
      </w:r>
    </w:p>
    <w:p>
      <w:pPr>
        <w:spacing w:before="0" w:after="0" w:line="256" w:lineRule="auto"/>
        <w:jc w:val="both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Sincerely,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______________________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[Signature] 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______________________ 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[Print Name]</w:t>
      </w:r>
    </w:p>
    <w:p>
      <w:pPr>
        <w:spacing w:before="0" w:after="160"/>
      </w:pP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